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  <w:jc w:val="center"/>
      </w:pPr>
      <w:r>
        <w:rPr>
          <w:rFonts w:ascii="Arial" w:hAnsi="Arial" w:eastAsia="Arial"/>
          <w:b/>
          <w:color w:val="214254"/>
          <w:sz w:val="34"/>
        </w:rPr>
        <w:t>İHTARNAME</w:t>
      </w:r>
    </w:p>
    <w:p>
      <w:pPr>
        <w:spacing w:before="0" w:after="160" w:line="276" w:lineRule="auto"/>
        <w:jc w:val="center"/>
        <w:pBdr>
          <w:bottom w:val="single" w:sz="12" w:space="6" w:color="214254"/>
        </w:pBdr>
      </w:pPr>
      <w:r>
        <w:rPr>
          <w:rFonts w:ascii="Arial" w:hAnsi="Arial" w:eastAsia="Arial"/>
          <w:b w:val="0"/>
          <w:color w:val="214254"/>
          <w:sz w:val="21"/>
        </w:rPr>
        <w:t>(Anahtarın Notere Bırakıldığının Bildirimi)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70" w:type="dxa"/>
          <w:left w:w="110" w:type="dxa"/>
          <w:bottom w:w="70" w:type="dxa"/>
          <w:right w:w="110" w:type="dxa"/>
        </w:tblCellMar>
        <w:tblLayout w:type="fixed"/>
      </w:tblPr>
      <w:tblGrid>
        <w:gridCol w:w="2948"/>
        <w:gridCol w:w="6690"/>
      </w:tblGrid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İhtar Eden (Kiracı)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   Adres: ................................................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Muhatap (Kiraya Veren)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   Adres: ................................................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Konu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Kiralananın boşaltıldığının ve anahtarların notere bırakıldığının bildirilmesi, depozitonun iadesi talebi.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Adresi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 Mahallesi, ........................ Cadde/Sokak, No: ....., Kat: ....., Daire: ....., ................ / ................</w:t>
            </w:r>
          </w:p>
        </w:tc>
      </w:tr>
    </w:tbl>
    <w:p>
      <w:pPr>
        <w:spacing w:before="200" w:after="80" w:line="276" w:lineRule="auto"/>
      </w:pPr>
      <w:r>
        <w:rPr>
          <w:rFonts w:ascii="Arial" w:hAnsi="Arial" w:eastAsia="Arial"/>
          <w:b/>
          <w:color w:val="214254"/>
          <w:sz w:val="21"/>
        </w:rPr>
        <w:t>AÇIKLAMALAR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1. </w:t>
      </w:r>
      <w:r>
        <w:rPr>
          <w:rFonts w:ascii="Arial" w:hAnsi="Arial" w:eastAsia="Arial"/>
          <w:b w:val="0"/>
          <w:sz w:val="20"/>
        </w:rPr>
        <w:t>Aramızdaki ..... / ..... / 20..... başlangıç tarihli kira sözleşmesi ile kiracısı olduğum yukarıdaki adreste bulunan taşınmazı ..... / ..... / 20..... tarihinde tümüyle boşalttım.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2. </w:t>
      </w:r>
      <w:r>
        <w:rPr>
          <w:rFonts w:ascii="Arial" w:hAnsi="Arial" w:eastAsia="Arial"/>
          <w:b w:val="0"/>
          <w:sz w:val="20"/>
        </w:rPr>
        <w:t>Taşınmazın anahtarlarını tarafınıza teslim etmek istedim. Ancak ..... / ..... / 20..... tarihinde yaptığım teslim teklifine rağmen anahtarları teslim almaktan kaçındınız.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3. </w:t>
      </w:r>
      <w:r>
        <w:rPr>
          <w:rFonts w:ascii="Arial" w:hAnsi="Arial" w:eastAsia="Arial"/>
          <w:b w:val="0"/>
          <w:sz w:val="20"/>
        </w:rPr>
        <w:t>Bu nedenle taşınmaza ait ..... adet anahtarı, tarafınıza teslim edilmek üzere ................ Noterliğine emaneten bıraktım. Anahtarları kimliğinizle birlikte anılan noterlikten teslim alabilirsiniz.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4. </w:t>
      </w:r>
      <w:r>
        <w:rPr>
          <w:rFonts w:ascii="Arial" w:hAnsi="Arial" w:eastAsia="Arial"/>
          <w:b w:val="0"/>
          <w:sz w:val="20"/>
        </w:rPr>
        <w:t>İşbu ihtarnamenin tarafınıza tebliği ile birlikte kiralananı geri verme borcum sona ermiştir. Bu tarihten sonraki döneme ait kira bedeli, aidat ve abonelik giderlerinden sorumlu değilim.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5. </w:t>
      </w:r>
      <w:r>
        <w:rPr>
          <w:rFonts w:ascii="Arial" w:hAnsi="Arial" w:eastAsia="Arial"/>
          <w:b w:val="0"/>
          <w:sz w:val="20"/>
        </w:rPr>
        <w:t>Sözleşmenin başında verdiğim .................... TL depozitonun, tebliğden itibaren ..... gün içinde TR.... .... .... .... .... .... .. numaralı hesabıma iadesini talep ederim. Aksi halde yasal yollara başvuracağımı ihtar ederim.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6. </w:t>
      </w:r>
      <w:r>
        <w:rPr>
          <w:rFonts w:ascii="Arial" w:hAnsi="Arial" w:eastAsia="Arial"/>
          <w:b w:val="0"/>
          <w:sz w:val="20"/>
        </w:rPr>
        <w:t>Sayın Noter: Üç nüshadan ibaret işbu ihtarnamenin bir nüshasının muhataba tebliğini, bir nüshasının dairenizde saklanmasını ve tebliğ şerhli bir nüshasının tarafıma verilmesini talep ederim. ..... / ..... / 20.....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İHTAR EDEN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(Kiracı)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214254"/>
        <w:sz w:val="15"/>
      </w:rPr>
      <w:t>Bu belge Ayboğa Avukatlık Bürosu tarafından genel bilgilendirme amacıyla hazırlanmış bir örnektir. Her kira ilişkisi kendi koşullarına göre değerlendirilmelidir. ayboga.av.tr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Anahtar Teslim İhtarnamesi (Ev Sahibi Teslim Almazsa)</dc:title>
  <dc:subject>Anahtar Teslim Tutanağı Örneği</dc:subject>
  <dc:creator>Ayboğa Avukatlık Bürosu</dc:creator>
  <cp:keywords>anahtar teslim tutanağı örneği, anahtar teslim tutanağı word, kira, tahliye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