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60" w:line="276" w:lineRule="auto"/>
        <w:jc w:val="center"/>
        <w:pBdr>
          <w:bottom w:val="single" w:sz="12" w:space="6" w:color="214254"/>
        </w:pBdr>
      </w:pPr>
      <w:r>
        <w:rPr>
          <w:rFonts w:ascii="Arial" w:hAnsi="Arial" w:eastAsia="Arial"/>
          <w:b/>
          <w:color w:val="214254"/>
          <w:sz w:val="34"/>
        </w:rPr>
        <w:t>İŞYERİ ANAHTAR TESLİM TUTANAĞI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214254"/>
          <w:left w:val="single" w:sz="6" w:space="0" w:color="214254"/>
          <w:bottom w:val="single" w:sz="6" w:space="0" w:color="214254"/>
          <w:right w:val="single" w:sz="6" w:space="0" w:color="214254"/>
          <w:insideH w:val="single" w:sz="6" w:space="0" w:color="214254"/>
          <w:insideV w:val="single" w:sz="6" w:space="0" w:color="214254"/>
        </w:tblBorders>
        <w:tblCellMar>
          <w:top w:w="70" w:type="dxa"/>
          <w:left w:w="110" w:type="dxa"/>
          <w:bottom w:w="70" w:type="dxa"/>
          <w:right w:w="110" w:type="dxa"/>
        </w:tblCellMar>
        <w:tblLayout w:type="fixed"/>
      </w:tblPr>
      <w:tblGrid>
        <w:gridCol w:w="2948"/>
        <w:gridCol w:w="6690"/>
      </w:tblGrid>
      <w:tr>
        <w:tc>
          <w:tcPr>
            <w:tcW w:type="dxa" w:w="2948"/>
            <w:shd w:val="clear" w:color="auto" w:fill="E9EEF1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214254"/>
                <w:sz w:val="19"/>
              </w:rPr>
              <w:t>Kiralananın Adresi</w:t>
            </w:r>
          </w:p>
        </w:tc>
        <w:tc>
          <w:tcPr>
            <w:tcW w:type="dxa" w:w="6690"/>
          </w:tcPr>
          <w:p>
            <w:pPr>
              <w:spacing w:after="0" w:line="300" w:lineRule="auto"/>
            </w:pPr>
            <w:r>
              <w:rPr>
                <w:rFonts w:ascii="Arial" w:hAnsi="Arial" w:eastAsia="Arial"/>
                <w:b w:val="0"/>
                <w:sz w:val="19"/>
              </w:rPr>
              <w:t>........................ Mahallesi, ........................ Cadde/Sokak, No: ....., Kat: ....., Daire: ....., ................ / ................</w:t>
            </w:r>
          </w:p>
        </w:tc>
      </w:tr>
      <w:tr>
        <w:tc>
          <w:tcPr>
            <w:tcW w:type="dxa" w:w="2948"/>
            <w:shd w:val="clear" w:color="auto" w:fill="E9EEF1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214254"/>
                <w:sz w:val="19"/>
              </w:rPr>
              <w:t>Kiralananın Cinsi</w:t>
            </w:r>
          </w:p>
        </w:tc>
        <w:tc>
          <w:tcPr>
            <w:tcW w:type="dxa" w:w="6690"/>
          </w:tcPr>
          <w:p>
            <w:pPr>
              <w:spacing w:after="0" w:line="300" w:lineRule="auto"/>
            </w:pPr>
            <w:r>
              <w:rPr>
                <w:rFonts w:ascii="Arial" w:hAnsi="Arial" w:eastAsia="Arial"/>
                <w:b w:val="0"/>
                <w:sz w:val="19"/>
              </w:rPr>
              <w:t>İşyeri (Dükkan / Ofis / Depo)</w:t>
            </w:r>
          </w:p>
        </w:tc>
      </w:tr>
      <w:tr>
        <w:tc>
          <w:tcPr>
            <w:tcW w:type="dxa" w:w="2948"/>
            <w:shd w:val="clear" w:color="auto" w:fill="E9EEF1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214254"/>
                <w:sz w:val="19"/>
              </w:rPr>
              <w:t>Kiraya Veren (Teslim Alan)</w:t>
            </w:r>
          </w:p>
        </w:tc>
        <w:tc>
          <w:tcPr>
            <w:tcW w:type="dxa" w:w="6690"/>
          </w:tcPr>
          <w:p>
            <w:pPr>
              <w:spacing w:after="0" w:line="300" w:lineRule="auto"/>
            </w:pPr>
            <w:r>
              <w:rPr>
                <w:rFonts w:ascii="Arial" w:hAnsi="Arial" w:eastAsia="Arial"/>
                <w:b w:val="0"/>
                <w:sz w:val="19"/>
              </w:rPr>
              <w:t>Adı Soyadı: ................................   T.C. Kimlik No: ......................</w:t>
            </w:r>
          </w:p>
        </w:tc>
      </w:tr>
      <w:tr>
        <w:tc>
          <w:tcPr>
            <w:tcW w:type="dxa" w:w="2948"/>
            <w:shd w:val="clear" w:color="auto" w:fill="E9EEF1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214254"/>
                <w:sz w:val="19"/>
              </w:rPr>
              <w:t>Kiracı (Teslim Eden)</w:t>
            </w:r>
          </w:p>
        </w:tc>
        <w:tc>
          <w:tcPr>
            <w:tcW w:type="dxa" w:w="6690"/>
          </w:tcPr>
          <w:p>
            <w:pPr>
              <w:spacing w:after="0" w:line="300" w:lineRule="auto"/>
            </w:pPr>
            <w:r>
              <w:rPr>
                <w:rFonts w:ascii="Arial" w:hAnsi="Arial" w:eastAsia="Arial"/>
                <w:b w:val="0"/>
                <w:sz w:val="19"/>
              </w:rPr>
              <w:t>Adı Soyadı: ................................   T.C. Kimlik No: ......................</w:t>
            </w:r>
          </w:p>
        </w:tc>
      </w:tr>
      <w:tr>
        <w:tc>
          <w:tcPr>
            <w:tcW w:type="dxa" w:w="2948"/>
            <w:shd w:val="clear" w:color="auto" w:fill="E9EEF1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214254"/>
                <w:sz w:val="19"/>
              </w:rPr>
              <w:t>Kira Sözleşmesinin Tarihi</w:t>
            </w:r>
          </w:p>
        </w:tc>
        <w:tc>
          <w:tcPr>
            <w:tcW w:type="dxa" w:w="6690"/>
          </w:tcPr>
          <w:p>
            <w:pPr>
              <w:spacing w:after="0" w:line="300" w:lineRule="auto"/>
            </w:pPr>
            <w:r>
              <w:rPr>
                <w:rFonts w:ascii="Arial" w:hAnsi="Arial" w:eastAsia="Arial"/>
                <w:b w:val="0"/>
                <w:sz w:val="19"/>
              </w:rPr>
              <w:t>..... / ..... / 20.....</w:t>
            </w:r>
          </w:p>
        </w:tc>
      </w:tr>
      <w:tr>
        <w:tc>
          <w:tcPr>
            <w:tcW w:type="dxa" w:w="2948"/>
            <w:shd w:val="clear" w:color="auto" w:fill="E9EEF1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214254"/>
                <w:sz w:val="19"/>
              </w:rPr>
              <w:t>Teslim Tarihi ve Saati</w:t>
            </w:r>
          </w:p>
        </w:tc>
        <w:tc>
          <w:tcPr>
            <w:tcW w:type="dxa" w:w="6690"/>
          </w:tcPr>
          <w:p>
            <w:pPr>
              <w:spacing w:after="0" w:line="300" w:lineRule="auto"/>
            </w:pPr>
            <w:r>
              <w:rPr>
                <w:rFonts w:ascii="Arial" w:hAnsi="Arial" w:eastAsia="Arial"/>
                <w:b w:val="0"/>
                <w:sz w:val="19"/>
              </w:rPr>
              <w:t>..... / ..... / 20.....   Saat: ..... : .....</w:t>
            </w:r>
          </w:p>
        </w:tc>
      </w:tr>
      <w:tr>
        <w:tc>
          <w:tcPr>
            <w:tcW w:type="dxa" w:w="2948"/>
            <w:shd w:val="clear" w:color="auto" w:fill="E9EEF1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214254"/>
                <w:sz w:val="19"/>
              </w:rPr>
              <w:t>Teslim Edilen Anahtarlar</w:t>
            </w:r>
          </w:p>
        </w:tc>
        <w:tc>
          <w:tcPr>
            <w:tcW w:type="dxa" w:w="6690"/>
          </w:tcPr>
          <w:p>
            <w:pPr>
              <w:spacing w:after="0" w:line="300" w:lineRule="auto"/>
            </w:pPr>
            <w:r>
              <w:rPr>
                <w:rFonts w:ascii="Arial" w:hAnsi="Arial" w:eastAsia="Arial"/>
                <w:b w:val="0"/>
                <w:sz w:val="19"/>
              </w:rPr>
              <w:t>Daire kapısı: ..... adet   Bina kapısı: ..... adet   Diğer (posta kutusu, kumanda vb.): ............</w:t>
            </w:r>
          </w:p>
        </w:tc>
      </w:tr>
      <w:tr>
        <w:tc>
          <w:tcPr>
            <w:tcW w:type="dxa" w:w="2948"/>
            <w:shd w:val="clear" w:color="auto" w:fill="E9EEF1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214254"/>
                <w:sz w:val="19"/>
              </w:rPr>
              <w:t>Sayaç Endeksleri</w:t>
            </w:r>
          </w:p>
        </w:tc>
        <w:tc>
          <w:tcPr>
            <w:tcW w:type="dxa" w:w="6690"/>
          </w:tcPr>
          <w:p>
            <w:pPr>
              <w:spacing w:after="0" w:line="300" w:lineRule="auto"/>
            </w:pPr>
            <w:r>
              <w:rPr>
                <w:rFonts w:ascii="Arial" w:hAnsi="Arial" w:eastAsia="Arial"/>
                <w:b w:val="0"/>
                <w:sz w:val="19"/>
              </w:rPr>
              <w:t>Elektrik: ..............   Su: ..............   Doğalgaz: ..............</w:t>
            </w:r>
          </w:p>
        </w:tc>
      </w:tr>
      <w:tr>
        <w:tc>
          <w:tcPr>
            <w:tcW w:type="dxa" w:w="2948"/>
            <w:shd w:val="clear" w:color="auto" w:fill="E9EEF1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214254"/>
                <w:sz w:val="19"/>
              </w:rPr>
              <w:t>Teslim Edilen Demirbaşlar</w:t>
            </w:r>
          </w:p>
        </w:tc>
        <w:tc>
          <w:tcPr>
            <w:tcW w:type="dxa" w:w="6690"/>
          </w:tcPr>
          <w:p>
            <w:pPr>
              <w:spacing w:after="0" w:line="300" w:lineRule="auto"/>
            </w:pPr>
            <w:r>
              <w:rPr>
                <w:rFonts w:ascii="Arial" w:hAnsi="Arial" w:eastAsia="Arial"/>
                <w:b w:val="0"/>
                <w:sz w:val="19"/>
              </w:rPr>
              <w:t>........................................................................................</w:t>
            </w:r>
          </w:p>
        </w:tc>
      </w:tr>
    </w:tbl>
    <w:p>
      <w:pPr>
        <w:spacing w:before="200" w:after="80" w:line="276" w:lineRule="auto"/>
      </w:pPr>
      <w:r>
        <w:rPr>
          <w:rFonts w:ascii="Arial" w:hAnsi="Arial" w:eastAsia="Arial"/>
          <w:b/>
          <w:color w:val="214254"/>
          <w:sz w:val="21"/>
        </w:rPr>
        <w:t>TESLİM KOŞULLARI</w:t>
      </w:r>
    </w:p>
    <w:p>
      <w:pPr>
        <w:spacing w:before="0" w:after="60" w:line="276" w:lineRule="auto"/>
        <w:ind w:left="340" w:hanging="340"/>
        <w:jc w:val="both"/>
      </w:pPr>
      <w:r>
        <w:rPr>
          <w:rFonts w:ascii="Arial" w:hAnsi="Arial" w:eastAsia="Arial"/>
          <w:b/>
          <w:color w:val="214254"/>
          <w:sz w:val="20"/>
        </w:rPr>
        <w:t xml:space="preserve">1. </w:t>
      </w:r>
      <w:r>
        <w:rPr>
          <w:rFonts w:ascii="Arial" w:hAnsi="Arial" w:eastAsia="Arial"/>
          <w:b w:val="0"/>
          <w:sz w:val="20"/>
        </w:rPr>
        <w:t>Taraflar arasındaki yukarıda tarihi yazılı işyeri kira sözleşmesi sona ermiş, kiracı işyerini ..... / ..... / 20..... tarihinde tümüyle boşaltmıştır.</w:t>
      </w:r>
    </w:p>
    <w:p>
      <w:pPr>
        <w:spacing w:before="0" w:after="60" w:line="276" w:lineRule="auto"/>
        <w:ind w:left="340" w:hanging="340"/>
        <w:jc w:val="both"/>
      </w:pPr>
      <w:r>
        <w:rPr>
          <w:rFonts w:ascii="Arial" w:hAnsi="Arial" w:eastAsia="Arial"/>
          <w:b/>
          <w:color w:val="214254"/>
          <w:sz w:val="20"/>
        </w:rPr>
        <w:t xml:space="preserve">2. </w:t>
      </w:r>
      <w:r>
        <w:rPr>
          <w:rFonts w:ascii="Arial" w:hAnsi="Arial" w:eastAsia="Arial"/>
          <w:b w:val="0"/>
          <w:sz w:val="20"/>
        </w:rPr>
        <w:t>Kiracı, işyerine ait kapı, kepenk ve alarm sistemi dahil tüm anahtar, kumanda ve şifreleri bugün kiraya verene teslim etmiş, kiraya veren bunları teslim almıştır.</w:t>
      </w:r>
    </w:p>
    <w:p>
      <w:pPr>
        <w:spacing w:before="0" w:after="60" w:line="276" w:lineRule="auto"/>
        <w:ind w:left="340" w:hanging="340"/>
        <w:jc w:val="both"/>
      </w:pPr>
      <w:r>
        <w:rPr>
          <w:rFonts w:ascii="Arial" w:hAnsi="Arial" w:eastAsia="Arial"/>
          <w:b/>
          <w:color w:val="214254"/>
          <w:sz w:val="20"/>
        </w:rPr>
        <w:t xml:space="preserve">3. </w:t>
      </w:r>
      <w:r>
        <w:rPr>
          <w:rFonts w:ascii="Arial" w:hAnsi="Arial" w:eastAsia="Arial"/>
          <w:b w:val="0"/>
          <w:sz w:val="20"/>
        </w:rPr>
        <w:t>Kiracı, işyerindeki tabela, reklam panosu ve kendisine ait tüm eşya ile ticari malları kaldırmıştır. Kiraya verene ait demirbaşlar yukarıda yazılı şekilde eksiksiz teslim edilmiştir.</w:t>
      </w:r>
    </w:p>
    <w:p>
      <w:pPr>
        <w:spacing w:before="0" w:after="60" w:line="276" w:lineRule="auto"/>
        <w:ind w:left="340" w:hanging="340"/>
        <w:jc w:val="both"/>
      </w:pPr>
      <w:r>
        <w:rPr>
          <w:rFonts w:ascii="Arial" w:hAnsi="Arial" w:eastAsia="Arial"/>
          <w:b/>
          <w:color w:val="214254"/>
          <w:sz w:val="20"/>
        </w:rPr>
        <w:t xml:space="preserve">4. </w:t>
      </w:r>
      <w:r>
        <w:rPr>
          <w:rFonts w:ascii="Arial" w:hAnsi="Arial" w:eastAsia="Arial"/>
          <w:b w:val="0"/>
          <w:sz w:val="20"/>
        </w:rPr>
        <w:t>İşyeri taraflarca birlikte gezilmiş, olağan kullanımdan kaynaklanan eskime dışında bir hasar veya eksiklik bulunmadığı görülmüştür.</w:t>
      </w:r>
    </w:p>
    <w:p>
      <w:pPr>
        <w:spacing w:before="0" w:after="60" w:line="276" w:lineRule="auto"/>
        <w:ind w:left="340" w:hanging="340"/>
        <w:jc w:val="both"/>
      </w:pPr>
      <w:r>
        <w:rPr>
          <w:rFonts w:ascii="Arial" w:hAnsi="Arial" w:eastAsia="Arial"/>
          <w:b/>
          <w:color w:val="214254"/>
          <w:sz w:val="20"/>
        </w:rPr>
        <w:t xml:space="preserve">5. </w:t>
      </w:r>
      <w:r>
        <w:rPr>
          <w:rFonts w:ascii="Arial" w:hAnsi="Arial" w:eastAsia="Arial"/>
          <w:b w:val="0"/>
          <w:sz w:val="20"/>
        </w:rPr>
        <w:t>Kiracı, işyeri adresine kayıtlı vergi dairesi, ticaret sicili ve işyeri açma ruhsatı kayıtlarını ..... gün içinde bu adresten taşımayı veya kapatmayı kabul etmiştir.</w:t>
      </w:r>
    </w:p>
    <w:p>
      <w:pPr>
        <w:spacing w:before="0" w:after="60" w:line="276" w:lineRule="auto"/>
        <w:ind w:left="340" w:hanging="340"/>
        <w:jc w:val="both"/>
      </w:pPr>
      <w:r>
        <w:rPr>
          <w:rFonts w:ascii="Arial" w:hAnsi="Arial" w:eastAsia="Arial"/>
          <w:b/>
          <w:color w:val="214254"/>
          <w:sz w:val="20"/>
        </w:rPr>
        <w:t xml:space="preserve">6. </w:t>
      </w:r>
      <w:r>
        <w:rPr>
          <w:rFonts w:ascii="Arial" w:hAnsi="Arial" w:eastAsia="Arial"/>
          <w:b w:val="0"/>
          <w:sz w:val="20"/>
        </w:rPr>
        <w:t>Teslim anındaki sayaç endeksleri yukarıda yazılıdır. Teslim tarihine kadar doğan elektrik, su, doğalgaz, aidat ve ortak gider borçları kiracıya aittir.</w:t>
      </w:r>
    </w:p>
    <w:p>
      <w:pPr>
        <w:spacing w:before="0" w:after="60" w:line="276" w:lineRule="auto"/>
        <w:ind w:left="340" w:hanging="340"/>
        <w:jc w:val="both"/>
      </w:pPr>
      <w:r>
        <w:rPr>
          <w:rFonts w:ascii="Arial" w:hAnsi="Arial" w:eastAsia="Arial"/>
          <w:b/>
          <w:color w:val="214254"/>
          <w:sz w:val="20"/>
        </w:rPr>
        <w:t xml:space="preserve">7. </w:t>
      </w:r>
      <w:r>
        <w:rPr>
          <w:rFonts w:ascii="Arial" w:hAnsi="Arial" w:eastAsia="Arial"/>
          <w:b w:val="0"/>
          <w:sz w:val="20"/>
        </w:rPr>
        <w:t>İşbu tutanak iki nüsha olarak düzenlenmiş, taraflarca okunup imzalanmış ve birer nüshası taraflara verilmiştir.</w:t>
      </w:r>
    </w:p>
    <w:p>
      <w:pPr>
        <w:keepNext/>
        <w:spacing w:before="80" w:after="120" w:line="276" w:lineRule="auto"/>
      </w:pPr>
      <w:r>
        <w:rPr>
          <w:rFonts w:ascii="Arial" w:hAnsi="Arial" w:eastAsia="Arial"/>
          <w:b/>
          <w:sz w:val="20"/>
        </w:rPr>
        <w:t>Düzenleme Yeri ve Tarihi: ........................ , ..... / ..... / 20.....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214254"/>
          <w:left w:val="single" w:sz="6" w:space="0" w:color="214254"/>
          <w:bottom w:val="single" w:sz="6" w:space="0" w:color="214254"/>
          <w:right w:val="single" w:sz="6" w:space="0" w:color="214254"/>
          <w:insideH w:val="single" w:sz="6" w:space="0" w:color="214254"/>
          <w:insideV w:val="single" w:sz="6" w:space="0" w:color="214254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</w:tcPr>
          <w:p>
            <w:pPr>
              <w:spacing w:after="40"/>
              <w:jc w:val="center"/>
            </w:pPr>
            <w:r>
              <w:rPr>
                <w:rFonts w:ascii="Arial" w:hAnsi="Arial" w:eastAsia="Arial"/>
                <w:b/>
                <w:color w:val="214254"/>
                <w:sz w:val="20"/>
              </w:rPr>
              <w:t>TESLİM EDEN</w:t>
            </w:r>
          </w:p>
          <w:p>
            <w:pPr>
              <w:spacing w:before="0" w:after="40" w:line="27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(Kiracı)</w:t>
            </w:r>
          </w:p>
          <w:p>
            <w:pPr>
              <w:spacing w:before="80" w:after="40" w:line="27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Adı Soyadı: ................................</w:t>
            </w:r>
          </w:p>
          <w:p>
            <w:pPr>
              <w:spacing w:before="0" w:after="320" w:line="27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İmza:</w:t>
            </w:r>
          </w:p>
        </w:tc>
        <w:tc>
          <w:tcPr>
            <w:tcW w:type="dxa" w:w="4819"/>
          </w:tcPr>
          <w:p>
            <w:pPr>
              <w:spacing w:after="40"/>
              <w:jc w:val="center"/>
            </w:pPr>
            <w:r>
              <w:rPr>
                <w:rFonts w:ascii="Arial" w:hAnsi="Arial" w:eastAsia="Arial"/>
                <w:b/>
                <w:color w:val="214254"/>
                <w:sz w:val="20"/>
              </w:rPr>
              <w:t>TESLİM ALAN</w:t>
            </w:r>
          </w:p>
          <w:p>
            <w:pPr>
              <w:spacing w:before="0" w:after="40" w:line="27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(Kiraya Veren)</w:t>
            </w:r>
          </w:p>
          <w:p>
            <w:pPr>
              <w:spacing w:before="80" w:after="40" w:line="27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Adı Soyadı: ................................</w:t>
            </w:r>
          </w:p>
          <w:p>
            <w:pPr>
              <w:spacing w:before="0" w:after="320" w:line="27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İmza:</w:t>
            </w:r>
          </w:p>
        </w:tc>
      </w:tr>
    </w:tbl>
    <w:p>
      <w:pPr>
        <w:spacing w:before="160" w:after="60" w:line="276" w:lineRule="auto"/>
      </w:pPr>
      <w:r>
        <w:rPr>
          <w:rFonts w:ascii="Arial" w:hAnsi="Arial" w:eastAsia="Arial"/>
          <w:b/>
          <w:color w:val="214254"/>
          <w:sz w:val="19"/>
        </w:rPr>
        <w:t>TANIKLAR (varsa)</w:t>
      </w:r>
    </w:p>
    <w:p>
      <w:pPr>
        <w:spacing w:before="0" w:after="60" w:line="276" w:lineRule="auto"/>
      </w:pPr>
      <w:r>
        <w:rPr>
          <w:rFonts w:ascii="Arial" w:hAnsi="Arial" w:eastAsia="Arial"/>
          <w:b w:val="0"/>
          <w:sz w:val="19"/>
        </w:rPr>
        <w:t>1) Adı Soyadı: ................................  İmza: ................      2) Adı Soyadı: ................................  İmza: ................</w:t>
      </w:r>
    </w:p>
    <w:p>
      <w:pPr>
        <w:spacing w:before="0" w:after="0" w:line="276" w:lineRule="auto"/>
      </w:pPr>
      <w:r>
        <w:rPr>
          <w:rFonts w:ascii="Arial" w:hAnsi="Arial" w:eastAsia="Arial"/>
          <w:b w:val="0"/>
          <w:sz w:val="19"/>
        </w:rPr>
        <w:t>Ek: Kiralananın teslim anındaki fotoğrafları (..... adet)</w:t>
      </w:r>
    </w:p>
    <w:sectPr w:rsidR="00FC693F" w:rsidRPr="0006063C" w:rsidSect="00034616">
      <w:footerReference w:type="default" r:id="rId9"/>
      <w:pgSz w:w="11906" w:h="16838"/>
      <w:pgMar w:top="794" w:right="1134" w:bottom="79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/>
        <w:b w:val="0"/>
        <w:color w:val="214254"/>
        <w:sz w:val="15"/>
      </w:rPr>
      <w:t>Bu belge Ayboğa Avukatlık Bürosu tarafından genel bilgilendirme amacıyla hazırlanmış bir örnektir. Her kira ilişkisi kendi koşullarına göre değerlendirilmelidir. ayboga.av.tr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İşyeri Anahtar Teslim Tutanağı</dc:title>
  <dc:subject>Anahtar Teslim Tutanağı Örneği</dc:subject>
  <dc:creator>Ayboğa Avukatlık Bürosu</dc:creator>
  <cp:keywords>anahtar teslim tutanağı örneği, anahtar teslim tutanağı word, kira, tahliye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