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BELİRLİ SÜRELİ İŞ SÖZLEŞMESİ</w:t>
      </w:r>
    </w:p>
    <w:p>
      <w:pPr>
        <w:jc w:val="center"/>
      </w:pPr>
      <w:r>
        <w:rPr>
          <w:b/>
          <w:color w:val="214254"/>
        </w:rPr>
        <w:t>4857 SAYILI İŞ KANUNU M. 11 KAPSAMINDA DÜZENLENMİŞTİR</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İŞVEREN</w:t>
            </w:r>
          </w:p>
        </w:tc>
        <w:tc>
          <w:tcPr>
            <w:tcW w:type="dxa" w:w="6350"/>
          </w:tcPr>
          <w:p>
            <w:pPr>
              <w:spacing w:after="40"/>
            </w:pPr>
            <w:r>
              <w:t>........................ (Vergi / T.C. Kimlik No: ........................)</w:t>
            </w:r>
          </w:p>
        </w:tc>
      </w:tr>
      <w:tr>
        <w:tc>
          <w:tcPr>
            <w:tcW w:type="dxa" w:w="3061"/>
          </w:tcPr>
          <w:p>
            <w:pPr>
              <w:spacing w:after="40"/>
            </w:pPr>
            <w:r>
              <w:rPr>
                <w:b/>
                <w:color w:val="214254"/>
              </w:rPr>
              <w:t>İŞYERİ ADRESİ</w:t>
            </w:r>
          </w:p>
        </w:tc>
        <w:tc>
          <w:tcPr>
            <w:tcW w:type="dxa" w:w="6350"/>
          </w:tcPr>
          <w:p>
            <w:pPr>
              <w:spacing w:after="40"/>
            </w:pPr>
            <w:r>
              <w:t>........................</w:t>
            </w:r>
          </w:p>
        </w:tc>
      </w:tr>
      <w:tr>
        <w:tc>
          <w:tcPr>
            <w:tcW w:type="dxa" w:w="3061"/>
          </w:tcPr>
          <w:p>
            <w:pPr>
              <w:spacing w:after="40"/>
            </w:pPr>
            <w:r>
              <w:rPr>
                <w:b/>
                <w:color w:val="214254"/>
              </w:rPr>
              <w:t>SGK İŞYERİ SİCİL NO</w:t>
            </w:r>
          </w:p>
        </w:tc>
        <w:tc>
          <w:tcPr>
            <w:tcW w:type="dxa" w:w="6350"/>
          </w:tcPr>
          <w:p>
            <w:pPr>
              <w:spacing w:after="40"/>
            </w:pPr>
            <w:r>
              <w:t>........................</w:t>
            </w:r>
          </w:p>
        </w:tc>
      </w:tr>
      <w:tr>
        <w:tc>
          <w:tcPr>
            <w:tcW w:type="dxa" w:w="3061"/>
          </w:tcPr>
          <w:p>
            <w:pPr>
              <w:spacing w:after="40"/>
            </w:pPr>
            <w:r>
              <w:rPr>
                <w:b/>
                <w:color w:val="214254"/>
              </w:rPr>
              <w:t>İŞÇİ</w:t>
            </w:r>
          </w:p>
        </w:tc>
        <w:tc>
          <w:tcPr>
            <w:tcW w:type="dxa" w:w="6350"/>
          </w:tcPr>
          <w:p>
            <w:pPr>
              <w:spacing w:after="40"/>
            </w:pPr>
            <w:r>
              <w:t>........................ (T.C. Kimlik No: ........................)</w:t>
            </w:r>
          </w:p>
        </w:tc>
      </w:tr>
      <w:tr>
        <w:tc>
          <w:tcPr>
            <w:tcW w:type="dxa" w:w="3061"/>
          </w:tcPr>
          <w:p>
            <w:pPr>
              <w:spacing w:after="40"/>
            </w:pPr>
            <w:r>
              <w:rPr>
                <w:b/>
                <w:color w:val="214254"/>
              </w:rPr>
              <w:t>İŞÇİNİN ADRESİ</w:t>
            </w:r>
          </w:p>
        </w:tc>
        <w:tc>
          <w:tcPr>
            <w:tcW w:type="dxa" w:w="6350"/>
          </w:tcPr>
          <w:p>
            <w:pPr>
              <w:spacing w:after="40"/>
            </w:pPr>
            <w:r>
              <w:t>........................ - Telefon: ........................</w:t>
            </w:r>
          </w:p>
        </w:tc>
      </w:tr>
      <w:tr>
        <w:tc>
          <w:tcPr>
            <w:tcW w:type="dxa" w:w="3061"/>
          </w:tcPr>
          <w:p>
            <w:pPr>
              <w:spacing w:after="40"/>
            </w:pPr>
            <w:r>
              <w:rPr>
                <w:b/>
                <w:color w:val="214254"/>
              </w:rPr>
              <w:t>YAPILACAK İŞ</w:t>
            </w:r>
          </w:p>
        </w:tc>
        <w:tc>
          <w:tcPr>
            <w:tcW w:type="dxa" w:w="6350"/>
          </w:tcPr>
          <w:p>
            <w:pPr>
              <w:spacing w:after="40"/>
            </w:pPr>
            <w:r>
              <w:t>........................</w:t>
            </w:r>
          </w:p>
        </w:tc>
      </w:tr>
      <w:tr>
        <w:tc>
          <w:tcPr>
            <w:tcW w:type="dxa" w:w="3061"/>
          </w:tcPr>
          <w:p>
            <w:pPr>
              <w:spacing w:after="40"/>
            </w:pPr>
            <w:r>
              <w:rPr>
                <w:b/>
                <w:color w:val="214254"/>
              </w:rPr>
              <w:t>SÖZLEŞME SÜRESİ</w:t>
            </w:r>
          </w:p>
        </w:tc>
        <w:tc>
          <w:tcPr>
            <w:tcW w:type="dxa" w:w="6350"/>
          </w:tcPr>
          <w:p>
            <w:pPr>
              <w:spacing w:after="40"/>
            </w:pPr>
            <w:r>
              <w:t>........................ (..... / ..... / 20..... tarihinden ..... / ..... / 20..... tarihine kadar)</w:t>
            </w:r>
          </w:p>
        </w:tc>
      </w:tr>
      <w:tr>
        <w:tc>
          <w:tcPr>
            <w:tcW w:type="dxa" w:w="3061"/>
          </w:tcPr>
          <w:p>
            <w:pPr>
              <w:spacing w:after="40"/>
            </w:pPr>
            <w:r>
              <w:rPr>
                <w:b/>
                <w:color w:val="214254"/>
              </w:rPr>
              <w:t>SÜREYE BAĞLAMA SEBEBİ</w:t>
            </w:r>
          </w:p>
        </w:tc>
        <w:tc>
          <w:tcPr>
            <w:tcW w:type="dxa" w:w="6350"/>
          </w:tcPr>
          <w:p>
            <w:pPr>
              <w:spacing w:after="40"/>
            </w:pPr>
            <w:r>
              <w:t>........................</w:t>
            </w:r>
          </w:p>
        </w:tc>
      </w:tr>
      <w:tr>
        <w:tc>
          <w:tcPr>
            <w:tcW w:type="dxa" w:w="3061"/>
          </w:tcPr>
          <w:p>
            <w:pPr>
              <w:spacing w:after="40"/>
            </w:pPr>
            <w:r>
              <w:rPr>
                <w:b/>
                <w:color w:val="214254"/>
              </w:rPr>
              <w:t>İŞE BAŞLAMA TARİHİ</w:t>
            </w:r>
          </w:p>
        </w:tc>
        <w:tc>
          <w:tcPr>
            <w:tcW w:type="dxa" w:w="6350"/>
          </w:tcPr>
          <w:p>
            <w:pPr>
              <w:spacing w:after="40"/>
            </w:pPr>
            <w:r>
              <w:t>..... / ..... / 20.....</w:t>
            </w:r>
          </w:p>
        </w:tc>
      </w:tr>
      <w:tr>
        <w:tc>
          <w:tcPr>
            <w:tcW w:type="dxa" w:w="3061"/>
          </w:tcPr>
          <w:p>
            <w:pPr>
              <w:spacing w:after="40"/>
            </w:pPr>
            <w:r>
              <w:rPr>
                <w:b/>
                <w:color w:val="214254"/>
              </w:rPr>
              <w:t>ÜCRET</w:t>
            </w:r>
          </w:p>
        </w:tc>
        <w:tc>
          <w:tcPr>
            <w:tcW w:type="dxa" w:w="6350"/>
          </w:tcPr>
          <w:p>
            <w:pPr>
              <w:spacing w:after="40"/>
            </w:pPr>
            <w:r>
              <w:t>Aylık brüt ........................ (bankaya yatırılmak suretiyle)</w:t>
            </w:r>
          </w:p>
        </w:tc>
      </w:tr>
      <w:tr>
        <w:tc>
          <w:tcPr>
            <w:tcW w:type="dxa" w:w="3061"/>
          </w:tcPr>
          <w:p>
            <w:pPr>
              <w:spacing w:after="40"/>
            </w:pPr>
            <w:r>
              <w:rPr>
                <w:b/>
                <w:color w:val="214254"/>
              </w:rPr>
              <w:t>HAFTALIK ÇALIŞMA SÜRESİ</w:t>
            </w:r>
          </w:p>
        </w:tc>
        <w:tc>
          <w:tcPr>
            <w:tcW w:type="dxa" w:w="6350"/>
          </w:tcPr>
          <w:p>
            <w:pPr>
              <w:spacing w:after="40"/>
            </w:pPr>
            <w:r>
              <w:t>........................</w:t>
            </w:r>
          </w:p>
        </w:tc>
      </w:tr>
      <w:tr>
        <w:tc>
          <w:tcPr>
            <w:tcW w:type="dxa" w:w="3061"/>
          </w:tcPr>
          <w:p>
            <w:pPr>
              <w:spacing w:after="40"/>
            </w:pPr>
            <w:r>
              <w:rPr>
                <w:b/>
                <w:color w:val="214254"/>
              </w:rPr>
              <w:t>DENEME SÜRESİ</w:t>
            </w:r>
          </w:p>
        </w:tc>
        <w:tc>
          <w:tcPr>
            <w:tcW w:type="dxa" w:w="6350"/>
          </w:tcPr>
          <w:p>
            <w:pPr>
              <w:spacing w:after="40"/>
            </w:pPr>
            <w:r>
              <w:t>........................</w:t>
            </w:r>
          </w:p>
        </w:tc>
      </w:tr>
      <w:tr>
        <w:tc>
          <w:tcPr>
            <w:tcW w:type="dxa" w:w="3061"/>
          </w:tcPr>
          <w:p>
            <w:pPr>
              <w:spacing w:after="40"/>
            </w:pPr>
            <w:r>
              <w:rPr>
                <w:b/>
                <w:color w:val="214254"/>
              </w:rPr>
              <w:t>KONU</w:t>
            </w:r>
          </w:p>
        </w:tc>
        <w:tc>
          <w:tcPr>
            <w:tcW w:type="dxa" w:w="6350"/>
          </w:tcPr>
          <w:p>
            <w:pPr>
              <w:spacing w:after="40"/>
            </w:pPr>
            <w:r>
              <w:t>Taraflar arasında belirli süreli iş ilişkisinin kurulmasına dair sözleşmedir.</w:t>
            </w:r>
          </w:p>
        </w:tc>
      </w:tr>
    </w:tbl>
    <w:p>
      <w:pPr>
        <w:spacing w:after="160" w:before="200"/>
        <w:jc w:val="both"/>
      </w:pPr>
      <w:r>
        <w:t>MADDE 1 - TARAFLAR: İşbu iş sözleşmesi, bir tarafta ........................ (bundan sonra İşveren olarak anılacaktır) ile diğer tarafta ........................ (bundan sonra İşçi olarak anılacaktır) arasında, ........................ adresinde ..... / ..... / 20..... tarihinde iki nüsha olarak düzenlenmiştir. Tarafların yukarıdaki tabloda yazılı bilgileri sözleşmenin ayrılmaz parçasıdır.</w:t>
      </w:r>
    </w:p>
    <w:p>
      <w:pPr>
        <w:spacing w:after="160"/>
        <w:jc w:val="both"/>
      </w:pPr>
      <w:r>
        <w:t>MADDE 2 - SÖZLEŞMENİN KONUSU: İşçi, İşveren’e ait ........................ adresindeki işyerinde ........................ görevini bizzat, özenle ve işverenin talimatlarına uygun biçimde yerine getirmeyi; İşveren ise bu çalışma karşılığında aşağıda yazılı ücreti ödemeyi kabul ve taahhüt eder. Görev tanımı dışındaki işlerde çalıştırma, işçinin niteliğinde ve ücretinde esaslı değişiklik yaratmamak koşuluyla mümkündür.</w:t>
      </w:r>
    </w:p>
    <w:p>
      <w:pPr>
        <w:spacing w:after="160"/>
        <w:jc w:val="both"/>
      </w:pPr>
      <w:r>
        <w:t>MADDE 3 - SÖZLEŞMENİN SÜRESİ VE OBJEKTİF KOŞUL: İşbu sözleşme belirli süreli olup ........................ süreyle, ..... / ..... / 20..... tarihinde başlamak ve ..... / ..... / 20..... tarihinde sona ermek üzere kurulmuştur. Sözleşmenin süreye bağlanmasının 4857 sayılı İş Kanunu m. 11 anlamındaki objektif koşulu şudur: ......................... Taraflar, bu objektif koşulun gerçek ve işin niteliğinden kaynaklandığını kabul eder.</w:t>
      </w:r>
    </w:p>
    <w:p>
      <w:pPr>
        <w:spacing w:after="160"/>
        <w:jc w:val="both"/>
      </w:pPr>
      <w:r>
        <w:t>MADDE 4 - İŞE BAŞLAMA VE DENEME SÜRESİ: İşçi ..... / ..... / 20..... tarihinde fiilen işe başlayacaktır. Tarafların kararlaştırdığı deneme süresi ........................ olup bu süre 4857 sayılı İş Kanunu m. 15 uyarınca iki ayı, toplu iş sözleşmesiyle kararlaştırılması halinde dört ayı aşamaz. Deneme süresi içinde taraflar sözleşmeyi bildirim süresine gerek olmaksızın ve tazminatsız feshedebilir; işçinin çalıştığı günlerin ücreti ve diğer hakları saklıdır.</w:t>
      </w:r>
    </w:p>
    <w:p>
      <w:pPr>
        <w:spacing w:after="160"/>
        <w:jc w:val="both"/>
      </w:pPr>
      <w:r>
        <w:t>MADDE 5 - ÇALIŞMA SÜRESİ VE FAZLA ÇALIŞMA: Haftalık çalışma süresi ........................ olarak kararlaştırılmıştır. Çalışma süresi, 4857 sayılı İş Kanunu m. 63 uyarınca haftanın çalışılan günlerine günlük on bir saati aşmamak koşuluyla dağıtılabilir; denkleştirme uygulanabilir. İşçi, gerektiğinde yılda iki yüz yetmiş saati aşmamak üzere fazla çalışma yapmayı kabul eder. Fazla çalışma ücreti normal saat ücretinin yüzde elli fazlası, fazla sürelerle çalışma ücreti ise yüzde yirmi beş fazlası olarak ödenir.</w:t>
      </w:r>
    </w:p>
    <w:p>
      <w:pPr>
        <w:spacing w:after="160"/>
        <w:jc w:val="both"/>
      </w:pPr>
      <w:r>
        <w:t>MADDE 6 - ÜCRET VE ÖDEME: İşçinin aylık brüt ücreti ........................ olarak kararlaştırılmıştır. Ücret, en geç izleyen ayın ilk haftası içinde ve işçinin banka hesabına yatırılmak suretiyle ödenir. Yasal kesintiler ücretten düşülür. İşçiye bordro verilir. İkramiye, prim ve sosyal yardımlar yazılı olarak kararlaştırılmadıkça kazanılmış hak oluşturmaz.</w:t>
      </w:r>
    </w:p>
    <w:p>
      <w:pPr>
        <w:spacing w:after="160"/>
        <w:jc w:val="both"/>
      </w:pPr>
      <w:r>
        <w:t>MADDE 7 - YILLIK ÜCRETLİ İZİN VE DİĞER İZİNLER: İşçi, 4857 sayılı İş Kanunu m. 53 ve devamı uyarınca bir yıllık kıdemini tamamladığında yıllık ücretli izne hak kazanır. Evlilik, doğum, ölüm, süt izni ve mazeret izinleri bakımından aynı Kanun’un ek 2. maddesi hükümleri uygulanır. Aynı Kanun m. 12 uyarınca belirli süreli çalışan işçi ile belirsiz süreli çalışan işçi arasında, esaslı bir neden olmadıkça ayrım yapılamaz.</w:t>
      </w:r>
    </w:p>
    <w:p>
      <w:pPr>
        <w:spacing w:after="160"/>
        <w:jc w:val="both"/>
      </w:pPr>
      <w:r>
        <w:t>MADDE 8 - İŞÇİNİN YÜKÜMLÜLÜKLERİ: İşçi, işi özenle görmek, iş sağlığı ve güvenliği kurallarına uymak, kendisine teslim edilen araç, gereç ve demirbaşı korumak, işyeri disiplinine ve çalışma düzenine uymakla yükümlüdür. İşçi, işverenin yazılı izni olmaksızın rekabet oluşturacak biçimde başka bir işte çalışamaz. Adres ve iletişim bilgilerindeki değişikliği bir hafta içinde yazılı olarak bildirir.</w:t>
      </w:r>
    </w:p>
    <w:p>
      <w:pPr>
        <w:spacing w:after="160"/>
        <w:jc w:val="both"/>
      </w:pPr>
      <w:r>
        <w:t>MADDE 9 - İŞVERENİN YÜKÜMLÜLÜKLERİ: İşveren, ücreti zamanında ve eksiksiz ödemekle, 6331 sayılı İş Sağlığı ve Güvenliği Kanunu kapsamındaki eğitim, gözetim ve koruma yükümlülüklerini yerine getirmekle, işçiyi sigortalı olarak bildirmekle ve 4857 sayılı İş Kanunu m. 5 uyarınca eşit davranma ilkesine uymakla yükümlüdür.</w:t>
      </w:r>
    </w:p>
    <w:p>
      <w:pPr>
        <w:spacing w:after="160"/>
        <w:jc w:val="both"/>
      </w:pPr>
      <w:r>
        <w:t>MADDE 10 - GİZLİLİK VE KİŞİSEL VERİLER: İşçi, görevi nedeniyle öğrendiği ticari sır, müşteri bilgisi ve işyerine ait teknik bilgileri sözleşme süresince ve sonrasında üçüncü kişilerle paylaşamaz. İşçinin kişisel verileri, 6698 sayılı Kişisel Verilerin Korunması Kanunu kapsamında, iş sözleşmesinin kurulması ve ifası amacıyla işlenir; işçiye aydınlatma metni tebliğ edilmiştir.</w:t>
      </w:r>
    </w:p>
    <w:p>
      <w:pPr>
        <w:spacing w:after="160"/>
        <w:jc w:val="both"/>
      </w:pPr>
      <w:r>
        <w:t>MADDE 11 - SÖZLEŞMENİN SONA ERMESİ: Sözleşme, kararlaştırılan sürenin dolmasıyla bildirim süresine gerek kalmaksızın kendiliğinden sona erer ve bu halde taraflar ihbar tazminatı talep edemez. Süre dolmadan haklı bir neden olmaksızın yapılan fesihte, 6098 sayılı Türk Borçlar Kanunu m. 438 uyarınca karşı taraf lehine bakiye süre ücreti doğar. Haklı nedenle derhal fesih hakkı her iki taraf için saklıdır.</w:t>
      </w:r>
    </w:p>
    <w:p>
      <w:pPr>
        <w:spacing w:after="160"/>
        <w:jc w:val="both"/>
      </w:pPr>
      <w:r>
        <w:t>MADDE 12 - YENİLEME VE ZİNCİRLEME SÖZLEŞME YASAĞI: Belirli süreli iş sözleşmesi, esaslı bir neden bulunmadıkça birden fazla üst üste (zincirleme) yapılamaz. Esaslı neden olmaksızın yenilenen sözleşmeler, 4857 sayılı İş Kanunu m. 11/3 uyarınca baştan itibaren belirsiz süreli iş sözleşmesi sayılır. Yenileme ya da yenilememe iradesi, sürenin bitiminden en az on beş gün önce yazılı olarak karşı tarafa bildirilir.</w:t>
      </w:r>
    </w:p>
    <w:p>
      <w:pPr>
        <w:spacing w:after="160"/>
        <w:jc w:val="both"/>
      </w:pPr>
      <w:r>
        <w:t>MADDE 13 - HAKLI NEDENLE DERHAL FESİH: Taraflar, 4857 sayılı İş Kanunu m. 24 ve m. 25’te sayılan sağlık sebepleri, ahlak ve iyi niyet kurallarına uymayan haller ile zorlayıcı sebeplerin varlığı halinde sözleşmeyi süre beklemeksizin derhal feshedebilir. Haklı nedenle fesih halinde kıdem tazminatına ilişkin 1475 sayılı İş Kanunu m. 14 hükümleri uygulanır.</w:t>
      </w:r>
    </w:p>
    <w:p>
      <w:pPr>
        <w:spacing w:after="160"/>
        <w:jc w:val="both"/>
      </w:pPr>
      <w:r>
        <w:t>MADDE 14 - TEBLİGAT ADRESİ: Tarafların yukarıda yazılı adresleri yasal tebligat adresidir. Adres değişikliği yazılı olarak bildirilmedikçe eski adrese yapılan tebligat geçerli sayılır.</w:t>
      </w:r>
    </w:p>
    <w:p>
      <w:pPr>
        <w:spacing w:after="160"/>
        <w:jc w:val="both"/>
      </w:pPr>
      <w:r>
        <w:t>MADDE 15 - UYUŞMAZLIKLARIN ÇÖZÜMÜ: İşçilik alacağı ve işe iade talepli uyuşmazlıklarda, 7036 sayılı İş Mahkemeleri Kanunu m. 3 uyarınca dava açılmadan önce arabulucuya başvurmak dava şartıdır. Arabuluculuk aşamasında anlaşma sağlanamazsa ........................ iş mahkemeleri ve icra daireleri yetkilidir.</w:t>
      </w:r>
    </w:p>
    <w:p>
      <w:pPr>
        <w:spacing w:after="160"/>
        <w:jc w:val="both"/>
      </w:pPr>
      <w:r>
        <w:t>MADDE 16 - YÜRÜRLÜK: Sözleşmede düzenlenmeyen konularda 4857 sayılı İş Kanunu, 6098 sayılı Türk Borçlar Kanunu ve ilgili mevzuat hükümleri uygulanır. İşbu sözleşme on altı maddeden ve iki nüshadan oluşmakta olup ..... / ..... / 20..... tarihinde taraflarca okunarak imzalanmış, bir nüshası İşçi’ye elden teslim edilmiştir.</w:t>
      </w:r>
    </w:p>
    <w:p>
      <w:pPr>
        <w:spacing w:before="360"/>
        <w:jc w:val="right"/>
      </w:pPr>
      <w:r>
        <w:rPr>
          <w:b/>
        </w:rPr>
        <w:t>........................</w:t>
      </w:r>
      <w:r>
        <w:br/>
      </w:r>
      <w:r>
        <w:t>İşçi - İmza</w:t>
      </w:r>
    </w:p>
    <w:p>
      <w:pPr>
        <w:jc w:val="left"/>
      </w:pPr>
      <w:r>
        <w:t>........................</w:t>
      </w:r>
      <w:r>
        <w:br/>
      </w:r>
      <w:r>
        <w:t>İşveren veya vekili - Kaşe ve İmza</w:t>
      </w:r>
      <w:r>
        <w:br/>
      </w:r>
      <w:r>
        <w:t>Tarih: ......... / ......... / 20.........</w:t>
      </w:r>
    </w:p>
    <w:p>
      <w:r>
        <w:rPr>
          <w:b/>
          <w:color w:val="214254"/>
        </w:rPr>
        <w:t>EKLER:</w:t>
      </w:r>
    </w:p>
    <w:p>
      <w:pPr>
        <w:spacing w:after="40"/>
      </w:pPr>
      <w:r>
        <w:t>1. Nüfus cüzdanı fotokopisi ve ikametgah belgesi</w:t>
      </w:r>
    </w:p>
    <w:p>
      <w:pPr>
        <w:spacing w:after="40"/>
      </w:pPr>
      <w:r>
        <w:t>2. Diploma, sertifika ve mesleki yeterlilik belgeleri</w:t>
      </w:r>
    </w:p>
    <w:p>
      <w:pPr>
        <w:spacing w:after="40"/>
      </w:pPr>
      <w:r>
        <w:t>3. İşe giriş sağlık raporu</w:t>
      </w:r>
    </w:p>
    <w:p>
      <w:pPr>
        <w:spacing w:after="40"/>
      </w:pPr>
      <w:r>
        <w:t>4. İş sağlığı ve güvenliği eğitim katılım belgesi</w:t>
      </w:r>
    </w:p>
    <w:p>
      <w:pPr>
        <w:spacing w:after="40"/>
      </w:pPr>
      <w:r>
        <w:t>5. Kişisel verilerin korunmasına ilişkin aydınlatma metni ve açık rıza beyanı</w:t>
      </w:r>
    </w:p>
    <w:p>
      <w:pPr>
        <w:spacing w:after="40"/>
      </w:pPr>
      <w:r>
        <w:t>6. Görev tanımı ve işyeri çalışma kuralları</w:t>
      </w:r>
    </w:p>
    <w:p>
      <w:pPr>
        <w:spacing w:after="40"/>
      </w:pPr>
      <w:r>
        <w:t>7. Süreye bağlama sebebini gösteren belge (ihale, proje, görevlendirme yazısı)</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Belirli süreli iş sözleşmesi örneği</dc:title>
  <dc:subject>belirli süreli iş sözleşmesi</dc:subject>
  <dc:creator>Av. Çağrı Ayboğa</dc:creator>
  <cp:keywords>belirli süreli iş sözleşmesi, belirli süreli iş sözleşmesi örneği, zincirleme iş sözleşmesi, belirli süreli sözleşmede kıdem tazminatı, Ankara iş hukuku avukatı</cp:keywords>
  <dc:description>https://ayboga.av.tr/belirli-sureli-is-sozlesmesi-nedir/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