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214254"/>
          <w:sz w:val="28"/>
        </w:rPr>
        <w:t>VEKALETNAME</w:t>
      </w:r>
    </w:p>
    <w:p>
      <w:pPr>
        <w:jc w:val="center"/>
      </w:pPr>
      <w:r>
        <w:rPr>
          <w:color w:val="214254"/>
          <w:sz w:val="22"/>
        </w:rPr>
        <w:t>(Boşanma davası, fotoğraflı vekaletname)</w:t>
      </w:r>
    </w:p>
    <w:p>
      <w:pPr>
        <w:jc w:val="center"/>
      </w:pPr>
      <w:r>
        <w:rPr>
          <w:b/>
          <w:color w:val="214254"/>
        </w:rPr>
        <w:t>DÜZENLEME ŞEKLİNDE NOTER VEKALETNAMESİ</w:t>
      </w:r>
    </w:p>
    <w:p>
      <w:pPr>
        <w:jc w:val="center"/>
      </w:pPr>
      <w:r>
        <w:rPr>
          <w:b/>
          <w:color w:val="214254"/>
        </w:rPr>
        <w:t>........................ - Yevmiye No: ........................ - Tarih: ..... / ..... / 20.....</w:t>
      </w:r>
    </w:p>
    <w:tbl>
      <w:tblPr>
        <w:tblStyle w:val="TableGrid"/>
        <w:tblW w:type="auto" w:w="0"/>
        <w:jc w:val="center"/>
        <w:tblLayout w:type="fixed"/>
        <w:tblLook w:firstColumn="1" w:firstRow="1" w:lastColumn="0" w:lastRow="0" w:noHBand="0" w:noVBand="1" w:val="04A0"/>
      </w:tblPr>
      <w:tblGrid>
        <w:gridCol w:w="3061"/>
        <w:gridCol w:w="6350"/>
      </w:tblGrid>
      <w:tr>
        <w:tc>
          <w:tcPr>
            <w:tcW w:type="dxa" w:w="3061"/>
          </w:tcPr>
          <w:p>
            <w:pPr>
              <w:spacing w:after="40"/>
            </w:pPr>
            <w:r>
              <w:rPr>
                <w:b/>
                <w:color w:val="214254"/>
              </w:rPr>
              <w:t>VEKALET VEREN</w:t>
            </w:r>
          </w:p>
        </w:tc>
        <w:tc>
          <w:tcPr>
            <w:tcW w:type="dxa" w:w="6350"/>
          </w:tcPr>
          <w:p>
            <w:pPr>
              <w:spacing w:after="40"/>
            </w:pPr>
            <w:r>
              <w:t>........................ (T.C. Kimlik No: ........................)</w:t>
            </w:r>
          </w:p>
        </w:tc>
      </w:tr>
      <w:tr>
        <w:tc>
          <w:tcPr>
            <w:tcW w:type="dxa" w:w="3061"/>
          </w:tcPr>
          <w:p>
            <w:pPr>
              <w:spacing w:after="40"/>
            </w:pPr>
            <w:r>
              <w:rPr>
                <w:b/>
                <w:color w:val="214254"/>
              </w:rPr>
              <w:t>DOĞUM YERİ VE TARİHİ</w:t>
            </w:r>
          </w:p>
        </w:tc>
        <w:tc>
          <w:tcPr>
            <w:tcW w:type="dxa" w:w="6350"/>
          </w:tcPr>
          <w:p>
            <w:pPr>
              <w:spacing w:after="40"/>
            </w:pPr>
            <w:r>
              <w:t>........................ - ..... / ..... / 20.....</w:t>
            </w:r>
          </w:p>
        </w:tc>
      </w:tr>
      <w:tr>
        <w:tc>
          <w:tcPr>
            <w:tcW w:type="dxa" w:w="3061"/>
          </w:tcPr>
          <w:p>
            <w:pPr>
              <w:spacing w:after="40"/>
            </w:pPr>
            <w:r>
              <w:rPr>
                <w:b/>
                <w:color w:val="214254"/>
              </w:rPr>
              <w:t>BABA VE ANA ADI</w:t>
            </w:r>
          </w:p>
        </w:tc>
        <w:tc>
          <w:tcPr>
            <w:tcW w:type="dxa" w:w="6350"/>
          </w:tcPr>
          <w:p>
            <w:pPr>
              <w:spacing w:after="40"/>
            </w:pPr>
            <w:r>
              <w:t>........................ - ........................</w:t>
            </w:r>
          </w:p>
        </w:tc>
      </w:tr>
      <w:tr>
        <w:tc>
          <w:tcPr>
            <w:tcW w:type="dxa" w:w="3061"/>
          </w:tcPr>
          <w:p>
            <w:pPr>
              <w:spacing w:after="40"/>
            </w:pPr>
            <w:r>
              <w:rPr>
                <w:b/>
                <w:color w:val="214254"/>
              </w:rPr>
              <w:t>ADRES</w:t>
            </w:r>
          </w:p>
        </w:tc>
        <w:tc>
          <w:tcPr>
            <w:tcW w:type="dxa" w:w="6350"/>
          </w:tcPr>
          <w:p>
            <w:pPr>
              <w:spacing w:after="40"/>
            </w:pPr>
            <w:r>
              <w:t>........................ - Telefon: ........................</w:t>
            </w:r>
          </w:p>
        </w:tc>
      </w:tr>
      <w:tr>
        <w:tc>
          <w:tcPr>
            <w:tcW w:type="dxa" w:w="3061"/>
          </w:tcPr>
          <w:p>
            <w:pPr>
              <w:spacing w:after="40"/>
            </w:pPr>
            <w:r>
              <w:rPr>
                <w:b/>
                <w:color w:val="214254"/>
              </w:rPr>
              <w:t>VEKİL</w:t>
            </w:r>
          </w:p>
        </w:tc>
        <w:tc>
          <w:tcPr>
            <w:tcW w:type="dxa" w:w="6350"/>
          </w:tcPr>
          <w:p>
            <w:pPr>
              <w:spacing w:after="40"/>
            </w:pPr>
            <w:r>
              <w:t>........................, ........................ Sicil No: ........................ (T.C. Kimlik No: ........................)</w:t>
            </w:r>
          </w:p>
        </w:tc>
      </w:tr>
      <w:tr>
        <w:tc>
          <w:tcPr>
            <w:tcW w:type="dxa" w:w="3061"/>
          </w:tcPr>
          <w:p>
            <w:pPr>
              <w:spacing w:after="40"/>
            </w:pPr>
            <w:r>
              <w:rPr>
                <w:b/>
                <w:color w:val="214254"/>
              </w:rPr>
              <w:t>VEKİLİN BÜRO ADRESİ</w:t>
            </w:r>
          </w:p>
        </w:tc>
        <w:tc>
          <w:tcPr>
            <w:tcW w:type="dxa" w:w="6350"/>
          </w:tcPr>
          <w:p>
            <w:pPr>
              <w:spacing w:after="40"/>
            </w:pPr>
            <w:r>
              <w:t>........................</w:t>
            </w:r>
          </w:p>
        </w:tc>
      </w:tr>
      <w:tr>
        <w:tc>
          <w:tcPr>
            <w:tcW w:type="dxa" w:w="3061"/>
          </w:tcPr>
          <w:p>
            <w:pPr>
              <w:spacing w:after="40"/>
            </w:pPr>
            <w:r>
              <w:rPr>
                <w:b/>
                <w:color w:val="214254"/>
              </w:rPr>
              <w:t>DAVALI EŞ</w:t>
            </w:r>
          </w:p>
        </w:tc>
        <w:tc>
          <w:tcPr>
            <w:tcW w:type="dxa" w:w="6350"/>
          </w:tcPr>
          <w:p>
            <w:pPr>
              <w:spacing w:after="40"/>
            </w:pPr>
            <w:r>
              <w:t>........................, evlilik tarihi ..... / ..... / 20.....</w:t>
            </w:r>
          </w:p>
        </w:tc>
      </w:tr>
      <w:tr>
        <w:tc>
          <w:tcPr>
            <w:tcW w:type="dxa" w:w="3061"/>
          </w:tcPr>
          <w:p>
            <w:pPr>
              <w:spacing w:after="40"/>
            </w:pPr>
            <w:r>
              <w:rPr>
                <w:b/>
                <w:color w:val="214254"/>
              </w:rPr>
              <w:t>KAPSAM</w:t>
            </w:r>
          </w:p>
        </w:tc>
        <w:tc>
          <w:tcPr>
            <w:tcW w:type="dxa" w:w="6350"/>
          </w:tcPr>
          <w:p>
            <w:pPr>
              <w:spacing w:after="40"/>
            </w:pPr>
            <w:r>
              <w:t>Boşanma, nafaka, velayet, tazminat ve mal rejiminin tasfiyesine ilişkin dava ve işlerde temsil - ........................</w:t>
            </w:r>
          </w:p>
        </w:tc>
      </w:tr>
      <w:tr>
        <w:tc>
          <w:tcPr>
            <w:tcW w:type="dxa" w:w="3061"/>
          </w:tcPr>
          <w:p>
            <w:pPr>
              <w:spacing w:after="40"/>
            </w:pPr>
            <w:r>
              <w:rPr>
                <w:b/>
                <w:color w:val="214254"/>
              </w:rPr>
              <w:t>FOTOĞRAF</w:t>
            </w:r>
          </w:p>
        </w:tc>
        <w:tc>
          <w:tcPr>
            <w:tcW w:type="dxa" w:w="6350"/>
          </w:tcPr>
          <w:p>
            <w:pPr>
              <w:spacing w:after="40"/>
            </w:pPr>
            <w:r>
              <w:t>Vekalet verenin son altı ay içinde çekilmiş vesikalık fotoğrafı vekaletnameye yapıştırılır ve noterlik tarafından mühürlenir.</w:t>
            </w:r>
          </w:p>
        </w:tc>
      </w:tr>
    </w:tbl>
    <w:p>
      <w:pPr>
        <w:spacing w:after="160" w:before="200"/>
        <w:jc w:val="both"/>
      </w:pPr>
      <w:r>
        <w:t>1. Vekalet veren olarak, yukarıda kimlik bilgileri yazılı avukatı; Türkiye Cumhuriyeti mahkemelerinin her kademe ve derecesinde, hakem ve hakem kurulları ile arabuluculuk bürolarında, icra müdürlükleri ve iflas dairelerinde, Cumhuriyet başsavcılıklarında, kolluk birimlerinde, tüm resmi ve özel kurum ile kuruluşlarda beni temsil etmeye, adıma dava açmaya, açılmış davalara katılmaya, takip etmeye ve sonuçlandırmaya yetkili kıldım.</w:t>
      </w:r>
    </w:p>
    <w:p>
      <w:pPr>
        <w:spacing w:after="160"/>
        <w:jc w:val="both"/>
      </w:pPr>
      <w:r>
        <w:t>2. Vekil; dava, cevap, cevaba cevap ve ikinci cevap dilekçeleri ile her türlü beyan ve talep dilekçesini vermeye, delil göstermeye, tanık dinletmeye, keşif ve bilirkişi incelemesi talep etmeye, bilirkişi raporlarına itiraz etmeye, duruşmalara katılmaya, ses ve görüntü nakli yoluyla duruşmaya katılma talebinde bulunmaya, dosyayı incelemeye ve örnek almaya yetkilidir.</w:t>
      </w:r>
    </w:p>
    <w:p>
      <w:pPr>
        <w:spacing w:after="160"/>
        <w:jc w:val="both"/>
      </w:pPr>
      <w:r>
        <w:t>3. Vekil; kanun yollarına başvurmaya, istinaf ve temyiz yoluna gitmeye, bu başvurulardan feragat etmeye, karar düzeltilmesi ve yargılamanın yenilenmesi talebinde bulunmaya, Anayasa Mahkemesi’ne bireysel başvuru yapmaya ve bu başvuruyu takip etmeye yetkilidir.</w:t>
      </w:r>
    </w:p>
    <w:p>
      <w:pPr>
        <w:spacing w:after="160"/>
        <w:jc w:val="both"/>
      </w:pPr>
      <w:r>
        <w:t>4. 6100 sayılı Hukuk Muhakemeleri Kanunu m. 74 uyarınca açıkça yetki verilmesi gereken işler bakımından vekil; davanın tamamını ıslah etmeye, davadan veya kanun yollarından feragat etmeye, karşı tarafı ibra ve ifa edilmemiş ise ibradan doğan alacak hakkından feragat etmeye, davayı kabul etmeye ve sulh olmaya yetkilidir.</w:t>
      </w:r>
    </w:p>
    <w:p>
      <w:pPr>
        <w:spacing w:after="160"/>
        <w:jc w:val="both"/>
      </w:pPr>
      <w:r>
        <w:t>5. Vekil; hakem sözleşmesi yapmaya, tahkim ve her türlü alternatif uyuşmazlık çözüm yoluna başvurmaya, arabuluculuk görüşmelerine katılmaya ve anlaşma belgesi imzalamaya, yemin teklif etmeye, teklif edilen yemini kabul etmeye, iade veya reddetmeye yetkilidir.</w:t>
      </w:r>
    </w:p>
    <w:p>
      <w:pPr>
        <w:spacing w:after="160"/>
        <w:jc w:val="both"/>
      </w:pPr>
      <w:r>
        <w:t>6. Vekil; haczin kaldırılmasını istemeye, ihtiyati tedbir ve ihtiyati haciz talep etmeye, bunlara itiraz etmeye, mal beyanında bulunmaya, konkordato ile sermaye şirketleri ve kooperatiflerin uzlaşma yoluyla yeniden yapılandırılması teklifinde bulunmaya ve bunlara muvafakat vermeye yetkilidir.</w:t>
      </w:r>
    </w:p>
    <w:p>
      <w:pPr>
        <w:spacing w:after="160"/>
        <w:jc w:val="both"/>
      </w:pPr>
      <w:r>
        <w:t>7. Vekil; kişiye sıkı sıkıya bağlı haklarla ilgili davaları açmaya ve takip etmeye, bu kapsamda nüfus kayıtlarının düzeltilmesi, soybağının tespiti ve benzeri davaları yürütmeye, şikâyette bulunmaya, şikâyetten vazgeçmeye ve ceza dosyalarında katılan sıfatıyla davaya katılmaya yetkilidir.</w:t>
      </w:r>
    </w:p>
    <w:p>
      <w:pPr>
        <w:spacing w:after="160"/>
        <w:jc w:val="both"/>
      </w:pPr>
      <w:r>
        <w:t>8. Vekil; tarafıma ait para, çek, senet, teminat ve her türlü kıymetli evrakı tahsil etmeye, ahzu kabza, banka ve icra dosyalarına yatan paraları çekmeye, makbuz ve ibraname imzalamaya, tahsil edilen tutarları tarafıma ödemeye yetkilidir.</w:t>
      </w:r>
    </w:p>
    <w:p>
      <w:pPr>
        <w:spacing w:after="160"/>
        <w:jc w:val="both"/>
      </w:pPr>
      <w:r>
        <w:t>9. Vekil; boşanma, ayrılık ve evliliğin iptali davalarını açmaya ve takip etmeye, anlaşmalı boşanma protokolü hazırlamaya ve imzalamaya, nafaka ile maddi ve manevi tazminat talebinde bulunmaya, velayet ve kişisel ilişki kurulması konularında beyanda bulunmaya, mal rejiminin tasfiyesini istemeye, aile mahkemesinden tedbir kararı talep etmeye yetkilidir.</w:t>
      </w:r>
    </w:p>
    <w:p>
      <w:pPr>
        <w:spacing w:after="160"/>
        <w:jc w:val="both"/>
      </w:pPr>
      <w:r>
        <w:t>10. Yukarıda sayılan tüm yetkilerle birlikte vekil; başkasını tevkil, teşrik ve azle, birlikte veya ayrı ayrı hareket etmeye yetkili olmak üzere tayin edilmiştir. İşbu vekaletname, tarafımca azil edilmediği sürece geçerlidir.</w:t>
      </w:r>
    </w:p>
    <w:p>
      <w:pPr>
        <w:spacing w:before="360"/>
        <w:jc w:val="right"/>
      </w:pPr>
      <w:r>
        <w:rPr>
          <w:b/>
        </w:rPr>
        <w:t>........................</w:t>
      </w:r>
      <w:r>
        <w:br/>
      </w:r>
      <w:r>
        <w:t>Vekalet Veren</w:t>
      </w:r>
      <w:r>
        <w:br/>
      </w:r>
      <w:r>
        <w:t>İmza</w:t>
      </w:r>
    </w:p>
    <w:p>
      <w:pPr>
        <w:jc w:val="left"/>
      </w:pPr>
      <w:r>
        <w:t>Tarih: ..... / ..... / 20.....</w:t>
      </w:r>
    </w:p>
    <w:p>
      <w:r>
        <w:rPr>
          <w:b/>
          <w:color w:val="214254"/>
        </w:rPr>
        <w:t>EKLER:</w:t>
      </w:r>
    </w:p>
    <w:p>
      <w:pPr>
        <w:spacing w:after="40"/>
      </w:pPr>
      <w:r>
        <w:t>1. Vekalet verenin nüfus cüzdanı, kimlik kartı veya pasaportu (noterlikte ibraz edilir)</w:t>
      </w:r>
    </w:p>
    <w:p>
      <w:pPr>
        <w:spacing w:after="40"/>
      </w:pPr>
      <w:r>
        <w:t>2. Son altı ay içinde çekilmiş iki adet vesikalık fotoğraf</w:t>
      </w:r>
    </w:p>
    <w:p>
      <w:pPr>
        <w:spacing w:after="40"/>
      </w:pPr>
      <w:r>
        <w:t>3. Vukuatlı nüfus kayıt örneği ve evlenme cüzdanı fotokopisi</w:t>
      </w:r>
    </w:p>
    <w:p>
      <w:pPr>
        <w:spacing w:after="40"/>
      </w:pPr>
      <w:r>
        <w:t>4. Avukatın ad, baro ve sicil bilgileri ile büro adresi</w:t>
      </w:r>
    </w:p>
    <w:p>
      <w:pPr>
        <w:spacing w:before="320"/>
        <w:jc w:val="center"/>
      </w:pPr>
      <w:r>
        <w:rPr>
          <w:color w:val="214254"/>
          <w:sz w:val="16"/>
        </w:rPr>
        <w:t>Bu örnek ayboga.av.tr üzerindeki ücretsiz dilekçe aracıyla hazırlanmıştır. Ayboğa Avukatlık Bürosu - Av. Çağrı Ayboğa - Ankara Barosu Sicil No: 34507</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Boşanma vekaletnamesi örneği (fotoğraflı)</dc:title>
  <dc:subject>avukat vekaletname örneği</dc:subject>
  <dc:creator>Av. Çağrı Ayboğa</dc:creator>
  <cp:keywords>avukat vekaletname örneği, genel dava vekaletnamesi, boşanma vekaletnamesi, vekaletname özel yetki, Ankara avukat</cp:keywords>
  <dc:description>https://ayboga.av.tr/avukat-vekaletname-ornegi/ - Ayboğa Avukatlık Bürosu, Av. Çağrı Ayboğa</dc:description>
  <cp:lastModifiedBy>Ayboğa Avukatlık Bürosu</cp:lastModifiedBy>
  <cp:revision>1</cp:revision>
  <dcterms:created xsi:type="dcterms:W3CDTF">2026-10-15T00:00:00Z</dcterms:created>
  <dcterms:modified xsi:type="dcterms:W3CDTF">2026-10-15T00:00:00Z</dcterms:modified>
  <cp:category>Dilekçe örneği</cp:category>
</cp:coreProperties>
</file>