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ÖDEME EMRİNE İTİRAZ DİLEKÇESİ</w:t>
      </w:r>
    </w:p>
    <w:p>
      <w:pPr>
        <w:jc w:val="center"/>
      </w:pPr>
      <w:r>
        <w:rPr>
          <w:color w:val="214254"/>
          <w:sz w:val="22"/>
        </w:rPr>
        <w:t>(Borca itiraz)</w:t>
      </w:r>
    </w:p>
    <w:p>
      <w:pPr>
        <w:jc w:val="center"/>
      </w:pPr>
      <w:r>
        <w:rPr>
          <w:b/>
          <w:color w:val="214254"/>
        </w:rPr>
        <w:t>........................ ......................... İCRA MÜDÜRLÜĞÜNE</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İTİRAZ EDEN BORÇLU</w:t>
            </w:r>
          </w:p>
        </w:tc>
        <w:tc>
          <w:tcPr>
            <w:tcW w:type="dxa" w:w="6350"/>
          </w:tcPr>
          <w:p>
            <w:pPr>
              <w:spacing w:after="40"/>
            </w:pPr>
            <w:r>
              <w:t>........................ (T.C. Kimlik No: ........................)</w:t>
            </w:r>
          </w:p>
        </w:tc>
      </w:tr>
      <w:tr>
        <w:tc>
          <w:tcPr>
            <w:tcW w:type="dxa" w:w="3061"/>
          </w:tcPr>
          <w:p>
            <w:pPr>
              <w:spacing w:after="40"/>
            </w:pPr>
            <w:r>
              <w:rPr>
                <w:b/>
                <w:color w:val="214254"/>
              </w:rPr>
              <w:t>ADRES</w:t>
            </w:r>
          </w:p>
        </w:tc>
        <w:tc>
          <w:tcPr>
            <w:tcW w:type="dxa" w:w="6350"/>
          </w:tcPr>
          <w:p>
            <w:pPr>
              <w:spacing w:after="40"/>
            </w:pPr>
            <w:r>
              <w:t>........................ - Telefon: ........................</w:t>
            </w:r>
          </w:p>
        </w:tc>
      </w:tr>
      <w:tr>
        <w:tc>
          <w:tcPr>
            <w:tcW w:type="dxa" w:w="3061"/>
          </w:tcPr>
          <w:p>
            <w:pPr>
              <w:spacing w:after="40"/>
            </w:pPr>
            <w:r>
              <w:rPr>
                <w:b/>
                <w:color w:val="214254"/>
              </w:rPr>
              <w:t>VEKİLİ</w:t>
            </w:r>
          </w:p>
        </w:tc>
        <w:tc>
          <w:tcPr>
            <w:tcW w:type="dxa" w:w="6350"/>
          </w:tcPr>
          <w:p>
            <w:pPr>
              <w:spacing w:after="40"/>
            </w:pPr>
            <w:r>
              <w:t>........................</w:t>
            </w:r>
          </w:p>
        </w:tc>
      </w:tr>
      <w:tr>
        <w:tc>
          <w:tcPr>
            <w:tcW w:type="dxa" w:w="3061"/>
          </w:tcPr>
          <w:p>
            <w:pPr>
              <w:spacing w:after="40"/>
            </w:pPr>
            <w:r>
              <w:rPr>
                <w:b/>
                <w:color w:val="214254"/>
              </w:rPr>
              <w:t>ALACAKLI</w:t>
            </w:r>
          </w:p>
        </w:tc>
        <w:tc>
          <w:tcPr>
            <w:tcW w:type="dxa" w:w="6350"/>
          </w:tcPr>
          <w:p>
            <w:pPr>
              <w:spacing w:after="40"/>
            </w:pPr>
            <w:r>
              <w:t>........................</w:t>
            </w:r>
          </w:p>
        </w:tc>
      </w:tr>
      <w:tr>
        <w:tc>
          <w:tcPr>
            <w:tcW w:type="dxa" w:w="3061"/>
          </w:tcPr>
          <w:p>
            <w:pPr>
              <w:spacing w:after="40"/>
            </w:pPr>
            <w:r>
              <w:rPr>
                <w:b/>
                <w:color w:val="214254"/>
              </w:rPr>
              <w:t>ALACAKLI VEKİLİ</w:t>
            </w:r>
          </w:p>
        </w:tc>
        <w:tc>
          <w:tcPr>
            <w:tcW w:type="dxa" w:w="6350"/>
          </w:tcPr>
          <w:p>
            <w:pPr>
              <w:spacing w:after="40"/>
            </w:pPr>
            <w:r>
              <w:t>........................</w:t>
            </w:r>
          </w:p>
        </w:tc>
      </w:tr>
      <w:tr>
        <w:tc>
          <w:tcPr>
            <w:tcW w:type="dxa" w:w="3061"/>
          </w:tcPr>
          <w:p>
            <w:pPr>
              <w:spacing w:after="40"/>
            </w:pPr>
            <w:r>
              <w:rPr>
                <w:b/>
                <w:color w:val="214254"/>
              </w:rPr>
              <w:t>TAKİP DOSYASI</w:t>
            </w:r>
          </w:p>
        </w:tc>
        <w:tc>
          <w:tcPr>
            <w:tcW w:type="dxa" w:w="6350"/>
          </w:tcPr>
          <w:p>
            <w:pPr>
              <w:spacing w:after="40"/>
            </w:pPr>
            <w:r>
              <w:t>........................ ......................... İcra Müdürlüğü ........................</w:t>
            </w:r>
          </w:p>
        </w:tc>
      </w:tr>
      <w:tr>
        <w:tc>
          <w:tcPr>
            <w:tcW w:type="dxa" w:w="3061"/>
          </w:tcPr>
          <w:p>
            <w:pPr>
              <w:spacing w:after="40"/>
            </w:pPr>
            <w:r>
              <w:rPr>
                <w:b/>
                <w:color w:val="214254"/>
              </w:rPr>
              <w:t>TAKİP KONUSU ALACAK</w:t>
            </w:r>
          </w:p>
        </w:tc>
        <w:tc>
          <w:tcPr>
            <w:tcW w:type="dxa" w:w="6350"/>
          </w:tcPr>
          <w:p>
            <w:pPr>
              <w:spacing w:after="40"/>
            </w:pPr>
            <w:r>
              <w:t>........................</w:t>
            </w:r>
          </w:p>
        </w:tc>
      </w:tr>
      <w:tr>
        <w:tc>
          <w:tcPr>
            <w:tcW w:type="dxa" w:w="3061"/>
          </w:tcPr>
          <w:p>
            <w:pPr>
              <w:spacing w:after="40"/>
            </w:pPr>
            <w:r>
              <w:rPr>
                <w:b/>
                <w:color w:val="214254"/>
              </w:rPr>
              <w:t>TAKİBİN DAYANAĞI</w:t>
            </w:r>
          </w:p>
        </w:tc>
        <w:tc>
          <w:tcPr>
            <w:tcW w:type="dxa" w:w="6350"/>
          </w:tcPr>
          <w:p>
            <w:pPr>
              <w:spacing w:after="40"/>
            </w:pPr>
            <w:r>
              <w:t>........................</w:t>
            </w:r>
          </w:p>
        </w:tc>
      </w:tr>
      <w:tr>
        <w:tc>
          <w:tcPr>
            <w:tcW w:type="dxa" w:w="3061"/>
          </w:tcPr>
          <w:p>
            <w:pPr>
              <w:spacing w:after="40"/>
            </w:pPr>
            <w:r>
              <w:rPr>
                <w:b/>
                <w:color w:val="214254"/>
              </w:rPr>
              <w:t>TEBLİĞ TARİHİ</w:t>
            </w:r>
          </w:p>
        </w:tc>
        <w:tc>
          <w:tcPr>
            <w:tcW w:type="dxa" w:w="6350"/>
          </w:tcPr>
          <w:p>
            <w:pPr>
              <w:spacing w:after="40"/>
            </w:pPr>
            <w:r>
              <w:t>..... / ..... / 20.....</w:t>
            </w:r>
          </w:p>
        </w:tc>
      </w:tr>
      <w:tr>
        <w:tc>
          <w:tcPr>
            <w:tcW w:type="dxa" w:w="3061"/>
          </w:tcPr>
          <w:p>
            <w:pPr>
              <w:spacing w:after="40"/>
            </w:pPr>
            <w:r>
              <w:rPr>
                <w:b/>
                <w:color w:val="214254"/>
              </w:rPr>
              <w:t>KONU</w:t>
            </w:r>
          </w:p>
        </w:tc>
        <w:tc>
          <w:tcPr>
            <w:tcW w:type="dxa" w:w="6350"/>
          </w:tcPr>
          <w:p>
            <w:pPr>
              <w:spacing w:after="40"/>
            </w:pPr>
            <w:r>
              <w:t>Ödeme emrine süresi içinde borca, faize ve takip giderlerine itirazımızın sunulmasıdır.</w:t>
            </w:r>
          </w:p>
        </w:tc>
      </w:tr>
    </w:tbl>
    <w:p>
      <w:pPr>
        <w:spacing w:after="160" w:before="200"/>
        <w:jc w:val="both"/>
      </w:pPr>
      <w:r>
        <w:t>1. ........................ tarafından aleyhime ........................ ......................... İcra Müdürlüğü ........................ sayılı dosya üzerinden ........................ alacak için genel haciz yoluyla ilamsız icra takibi başlatılmış, ödeme emri tarafıma ..... / ..... / 20..... tarihinde tebliğ edilmiştir.</w:t>
      </w:r>
    </w:p>
    <w:p>
      <w:pPr>
        <w:spacing w:after="160"/>
        <w:jc w:val="both"/>
      </w:pPr>
      <w:r>
        <w:t>2. Takibe dayanak gösterilen ........................ nedeniyle alacaklıya herhangi bir borcum bulunmamaktadır. Borcun bulunmadığına ilişkin itiraz sebeplerim şunlardır: ........................</w:t>
      </w:r>
    </w:p>
    <w:p>
      <w:pPr>
        <w:spacing w:after="160"/>
        <w:jc w:val="both"/>
      </w:pPr>
      <w:r>
        <w:t>3. Alacaklı ile aramızda takibe konu miktarda bir borç ilişkisi kurulmamıştır. Takip talebinde gösterilen asıl alacak, işlemiş faiz, faiz oranı ve takip giderlerinin tamamına ayrı ayrı itiraz ediyorum.</w:t>
      </w:r>
    </w:p>
    <w:p>
      <w:pPr>
        <w:spacing w:after="160"/>
        <w:jc w:val="both"/>
      </w:pPr>
      <w:r>
        <w:t>4. İtiraz ettiğim kısım şudur: ........................ Bu kısım dışında kalan bölüm bakımından da kabul beyanı niteliğinde bir açıklamam bulunmadığını belirtmek isterim.</w:t>
      </w:r>
    </w:p>
    <w:p>
      <w:pPr>
        <w:spacing w:after="160"/>
        <w:jc w:val="both"/>
      </w:pPr>
      <w:r>
        <w:t>5. İcra ve İflas Kanunu m. 62 uyarınca ödeme emrinin tebliğinden itibaren yedi günlük süre içinde itirazımı sunuyorum. Süresinde yapılan itiraz, aynı Kanun m. 66 uyarınca takibi olduğu yerde durdurur.</w:t>
      </w:r>
    </w:p>
    <w:p>
      <w:pPr>
        <w:spacing w:after="160"/>
        <w:jc w:val="both"/>
      </w:pPr>
      <w:r>
        <w:rPr>
          <w:b/>
          <w:color w:val="214254"/>
        </w:rPr>
        <w:t xml:space="preserve">SONUÇ VE İSTEM: </w:t>
      </w:r>
      <w:r>
        <w:t>Yukarıda açıklanan nedenlerle; borca, işlemiş faize, faiz oranına ve takip giderlerine itirazımın kabulü ile ........................ ......................... İcra Müdürlüğü ........................ sayılı dosyada başlatılan takibin durdurulmasına, itiraz dilekçemin alacaklı tarafa tebliğine ve tarafıma itiraz tutanağının bir örneğinin verilmesine karar verilmesini saygılarımla arz ve talep ederim.</w:t>
      </w:r>
    </w:p>
    <w:p>
      <w:pPr>
        <w:spacing w:before="360"/>
        <w:jc w:val="right"/>
      </w:pPr>
      <w:r>
        <w:rPr>
          <w:b/>
        </w:rPr>
        <w:t>........................</w:t>
      </w:r>
      <w:r>
        <w:br/>
      </w:r>
      <w:r>
        <w:t>İmza</w:t>
      </w:r>
    </w:p>
    <w:p>
      <w:pPr>
        <w:jc w:val="left"/>
      </w:pPr>
      <w:r>
        <w:t>Tarih: ......... / ......... / 20.........</w:t>
      </w:r>
    </w:p>
    <w:p>
      <w:r>
        <w:rPr>
          <w:b/>
          <w:color w:val="214254"/>
        </w:rPr>
        <w:t>EKLER:</w:t>
      </w:r>
    </w:p>
    <w:p>
      <w:pPr>
        <w:spacing w:after="40"/>
      </w:pPr>
      <w:r>
        <w:t>1. Ödeme emri örneği ve tebliğ zarfı</w:t>
      </w:r>
    </w:p>
    <w:p>
      <w:pPr>
        <w:spacing w:after="40"/>
      </w:pPr>
      <w:r>
        <w:t>2. Kimlik fotokopisi</w:t>
      </w:r>
    </w:p>
    <w:p>
      <w:pPr>
        <w:spacing w:after="40"/>
      </w:pPr>
      <w:r>
        <w:t>3. Vekaletname (vekil ile takip halinde)</w:t>
      </w:r>
    </w:p>
    <w:p>
      <w:pPr>
        <w:spacing w:after="40"/>
      </w:pPr>
      <w:r>
        <w:t>4. Borcun bulunmadığını gösteren belgeler: ödeme makbuzları, banka hesap hareketleri, yazışmalar</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Ödeme emrine borca itiraz dilekçesi</dc:title>
  <dc:subject>ilamsız ödeme emrine itiraz dilekçesi</dc:subject>
  <dc:creator>Av. Çağrı Ayboğa</dc:creator>
  <cp:keywords>ilamsız ödeme emrine itiraz dilekçesi, ödeme emrine itiraz dilekçesi örneği, borca itiraz dilekçesi, imzaya itiraz dilekçesi, Ankara icra avukatı</cp:keywords>
  <dc:description>https://ayboga.av.tr/ilamsiz-odeme-emrine-itiraz-dilekcesi/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