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İŞYERİ TAHLİYE TAAHHÜTNAMESİ</w:t>
      </w:r>
    </w:p>
    <w:p>
      <w:pPr>
        <w:jc w:val="center"/>
      </w:pPr>
      <w:r>
        <w:rPr>
          <w:color w:val="214254"/>
          <w:sz w:val="22"/>
        </w:rPr>
        <w:t>(Çatılı işyeri kirası, TBK m. 352/1)</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TAAHHÜT EDEN KİRACI</w:t>
            </w:r>
          </w:p>
        </w:tc>
        <w:tc>
          <w:tcPr>
            <w:tcW w:type="dxa" w:w="6350"/>
          </w:tcPr>
          <w:p>
            <w:pPr>
              <w:spacing w:after="40"/>
            </w:pPr>
            <w:r>
              <w:t>........................ (T.C. Kimlik / Vergi No: ........................)</w:t>
            </w:r>
          </w:p>
        </w:tc>
      </w:tr>
      <w:tr>
        <w:tc>
          <w:tcPr>
            <w:tcW w:type="dxa" w:w="3061"/>
          </w:tcPr>
          <w:p>
            <w:pPr>
              <w:spacing w:after="40"/>
            </w:pPr>
            <w:r>
              <w:rPr>
                <w:b/>
                <w:color w:val="214254"/>
              </w:rPr>
              <w:t>KİRACI YETKİLİSİ</w:t>
            </w:r>
          </w:p>
        </w:tc>
        <w:tc>
          <w:tcPr>
            <w:tcW w:type="dxa" w:w="6350"/>
          </w:tcPr>
          <w:p>
            <w:pPr>
              <w:spacing w:after="40"/>
            </w:pPr>
            <w:r>
              <w:t>........................</w:t>
            </w:r>
          </w:p>
        </w:tc>
      </w:tr>
      <w:tr>
        <w:tc>
          <w:tcPr>
            <w:tcW w:type="dxa" w:w="3061"/>
          </w:tcPr>
          <w:p>
            <w:pPr>
              <w:spacing w:after="40"/>
            </w:pPr>
            <w:r>
              <w:rPr>
                <w:b/>
                <w:color w:val="214254"/>
              </w:rPr>
              <w:t>KİRACININ ADRESİ</w:t>
            </w:r>
          </w:p>
        </w:tc>
        <w:tc>
          <w:tcPr>
            <w:tcW w:type="dxa" w:w="6350"/>
          </w:tcPr>
          <w:p>
            <w:pPr>
              <w:spacing w:after="40"/>
            </w:pPr>
            <w:r>
              <w:t>........................ - Telefon: ........................</w:t>
            </w:r>
          </w:p>
        </w:tc>
      </w:tr>
      <w:tr>
        <w:tc>
          <w:tcPr>
            <w:tcW w:type="dxa" w:w="3061"/>
          </w:tcPr>
          <w:p>
            <w:pPr>
              <w:spacing w:after="40"/>
            </w:pPr>
            <w:r>
              <w:rPr>
                <w:b/>
                <w:color w:val="214254"/>
              </w:rPr>
              <w:t>KİRAYA VEREN</w:t>
            </w:r>
          </w:p>
        </w:tc>
        <w:tc>
          <w:tcPr>
            <w:tcW w:type="dxa" w:w="6350"/>
          </w:tcPr>
          <w:p>
            <w:pPr>
              <w:spacing w:after="40"/>
            </w:pPr>
            <w:r>
              <w:t>........................ (T.C. Kimlik / Vergi No: ........................)</w:t>
            </w:r>
          </w:p>
        </w:tc>
      </w:tr>
      <w:tr>
        <w:tc>
          <w:tcPr>
            <w:tcW w:type="dxa" w:w="3061"/>
          </w:tcPr>
          <w:p>
            <w:pPr>
              <w:spacing w:after="40"/>
            </w:pPr>
            <w:r>
              <w:rPr>
                <w:b/>
                <w:color w:val="214254"/>
              </w:rPr>
              <w:t>KİRAYA VERENİN ADRESİ</w:t>
            </w:r>
          </w:p>
        </w:tc>
        <w:tc>
          <w:tcPr>
            <w:tcW w:type="dxa" w:w="6350"/>
          </w:tcPr>
          <w:p>
            <w:pPr>
              <w:spacing w:after="40"/>
            </w:pPr>
            <w:r>
              <w:t>........................ - Telefon: ........................</w:t>
            </w:r>
          </w:p>
        </w:tc>
      </w:tr>
      <w:tr>
        <w:tc>
          <w:tcPr>
            <w:tcW w:type="dxa" w:w="3061"/>
          </w:tcPr>
          <w:p>
            <w:pPr>
              <w:spacing w:after="40"/>
            </w:pPr>
            <w:r>
              <w:rPr>
                <w:b/>
                <w:color w:val="214254"/>
              </w:rPr>
              <w:t>TAŞINMAZIN ADRESİ</w:t>
            </w:r>
          </w:p>
        </w:tc>
        <w:tc>
          <w:tcPr>
            <w:tcW w:type="dxa" w:w="6350"/>
          </w:tcPr>
          <w:p>
            <w:pPr>
              <w:spacing w:after="40"/>
            </w:pPr>
            <w:r>
              <w:t>........................</w:t>
            </w:r>
          </w:p>
        </w:tc>
      </w:tr>
      <w:tr>
        <w:tc>
          <w:tcPr>
            <w:tcW w:type="dxa" w:w="3061"/>
          </w:tcPr>
          <w:p>
            <w:pPr>
              <w:spacing w:after="40"/>
            </w:pPr>
            <w:r>
              <w:rPr>
                <w:b/>
                <w:color w:val="214254"/>
              </w:rPr>
              <w:t>TAŞINMAZIN NİTELİĞİ</w:t>
            </w:r>
          </w:p>
        </w:tc>
        <w:tc>
          <w:tcPr>
            <w:tcW w:type="dxa" w:w="6350"/>
          </w:tcPr>
          <w:p>
            <w:pPr>
              <w:spacing w:after="40"/>
            </w:pPr>
            <w:r>
              <w:t>........................</w:t>
            </w:r>
          </w:p>
        </w:tc>
      </w:tr>
      <w:tr>
        <w:tc>
          <w:tcPr>
            <w:tcW w:type="dxa" w:w="3061"/>
          </w:tcPr>
          <w:p>
            <w:pPr>
              <w:spacing w:after="40"/>
            </w:pPr>
            <w:r>
              <w:rPr>
                <w:b/>
                <w:color w:val="214254"/>
              </w:rPr>
              <w:t>KİRA SÖZLEŞMESİ TARİHİ</w:t>
            </w:r>
          </w:p>
        </w:tc>
        <w:tc>
          <w:tcPr>
            <w:tcW w:type="dxa" w:w="6350"/>
          </w:tcPr>
          <w:p>
            <w:pPr>
              <w:spacing w:after="40"/>
            </w:pPr>
            <w:r>
              <w:t>..... / ..... / 20.....</w:t>
            </w:r>
          </w:p>
        </w:tc>
      </w:tr>
      <w:tr>
        <w:tc>
          <w:tcPr>
            <w:tcW w:type="dxa" w:w="3061"/>
          </w:tcPr>
          <w:p>
            <w:pPr>
              <w:spacing w:after="40"/>
            </w:pPr>
            <w:r>
              <w:rPr>
                <w:b/>
                <w:color w:val="214254"/>
              </w:rPr>
              <w:t>KİRALANANIN TESLİM TARİHİ</w:t>
            </w:r>
          </w:p>
        </w:tc>
        <w:tc>
          <w:tcPr>
            <w:tcW w:type="dxa" w:w="6350"/>
          </w:tcPr>
          <w:p>
            <w:pPr>
              <w:spacing w:after="40"/>
            </w:pPr>
            <w:r>
              <w:t>..... / ..... / 20.....</w:t>
            </w:r>
          </w:p>
        </w:tc>
      </w:tr>
      <w:tr>
        <w:tc>
          <w:tcPr>
            <w:tcW w:type="dxa" w:w="3061"/>
          </w:tcPr>
          <w:p>
            <w:pPr>
              <w:spacing w:after="40"/>
            </w:pPr>
            <w:r>
              <w:rPr>
                <w:b/>
                <w:color w:val="214254"/>
              </w:rPr>
              <w:t>AYLIK KİRA BEDELİ</w:t>
            </w:r>
          </w:p>
        </w:tc>
        <w:tc>
          <w:tcPr>
            <w:tcW w:type="dxa" w:w="6350"/>
          </w:tcPr>
          <w:p>
            <w:pPr>
              <w:spacing w:after="40"/>
            </w:pPr>
            <w:r>
              <w:t>........................</w:t>
            </w:r>
          </w:p>
        </w:tc>
      </w:tr>
      <w:tr>
        <w:tc>
          <w:tcPr>
            <w:tcW w:type="dxa" w:w="3061"/>
          </w:tcPr>
          <w:p>
            <w:pPr>
              <w:spacing w:after="40"/>
            </w:pPr>
            <w:r>
              <w:rPr>
                <w:b/>
                <w:color w:val="214254"/>
              </w:rPr>
              <w:t>TAAHHÜDÜN DÜZENLENME TARİHİ</w:t>
            </w:r>
          </w:p>
        </w:tc>
        <w:tc>
          <w:tcPr>
            <w:tcW w:type="dxa" w:w="6350"/>
          </w:tcPr>
          <w:p>
            <w:pPr>
              <w:spacing w:after="40"/>
            </w:pPr>
            <w:r>
              <w:t>..... / ..... / 20.....</w:t>
            </w:r>
          </w:p>
        </w:tc>
      </w:tr>
      <w:tr>
        <w:tc>
          <w:tcPr>
            <w:tcW w:type="dxa" w:w="3061"/>
          </w:tcPr>
          <w:p>
            <w:pPr>
              <w:spacing w:after="40"/>
            </w:pPr>
            <w:r>
              <w:rPr>
                <w:b/>
                <w:color w:val="214254"/>
              </w:rPr>
              <w:t>TAHLİYE EDİLECEĞİ TARİH</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Yukarıda adresi yazılı işyerinin ..... / ..... / 20..... tarihinde kayıtsız ve şartsız olarak tahliye edileceğine ilişkin yazılı taahhüdümdür.</w:t>
            </w:r>
          </w:p>
        </w:tc>
      </w:tr>
    </w:tbl>
    <w:p>
      <w:pPr>
        <w:spacing w:after="160" w:before="200"/>
        <w:jc w:val="both"/>
      </w:pPr>
      <w:r>
        <w:t>1. Yukarıda açık adresi ve nitelikleri yazılı taşınmazda, kiraya veren ........................ ile aramızda düzenlenen ..... / ..... / 20..... tarihli kira sözleşmesi uyarınca kiracı olarak bulunmaktayım. Kiralanan taşınmaz tarafıma ..... / ..... / 20..... tarihinde fiilen teslim edilmiş olup halen kullanımımdadır.</w:t>
      </w:r>
    </w:p>
    <w:p>
      <w:pPr>
        <w:spacing w:after="160"/>
        <w:jc w:val="both"/>
      </w:pPr>
      <w:r>
        <w:t>2. İşbu tahliye taahhütnamesini, kiralananın tarafıma tesliminden sonra, ..... / ..... / 20..... tarihinde, hiçbir baskı, tehdit, hata, hile ya da zorlama altında olmaksızın, serbest irademle düzenleyip imzaladım. Taahhüdün kira sözleşmesinin kurulduğu ya da kiralananın teslim edildiği tarihte alınmadığını, tesliminden sonraki bir tarihte verildiğini kabul ve beyan ederim.</w:t>
      </w:r>
    </w:p>
    <w:p>
      <w:pPr>
        <w:spacing w:after="160"/>
        <w:jc w:val="both"/>
      </w:pPr>
      <w:r>
        <w:t>3. Kiralanan taşınmazı, ayrıca bir ihtar, bildirim ya da dava gerekmeksizin ..... / ..... / 20..... tarihinde boşaltacağımı; taşınmazı boş, hasarsız ve sözleşmede kabul edilen haliyle kiraya verene teslim edeceğimi; anahtarları aynı tarihte tutanakla iade edeceğimi kayıtsız ve şartsız olarak kabul, beyan ve taahhüt ederim.</w:t>
      </w:r>
    </w:p>
    <w:p>
      <w:pPr>
        <w:spacing w:after="160"/>
        <w:jc w:val="both"/>
      </w:pPr>
      <w:r>
        <w:t>4. Belirtilen tarihte taşınmazı tahliye etmediğim takdirde, Türk Borçlar Kanunu m. 352/1 ile İcra ve İflas Kanunu m. 272 ve devamı hükümleri uyarınca aleyhime tahliye talepli icra takibi yapılabileceğini ya da tahliye davası açılabileceğini; icra yoluyla ve zorla tahliyeye şimdiden muvafakat ettiğimi bildiririm.</w:t>
      </w:r>
    </w:p>
    <w:p>
      <w:pPr>
        <w:spacing w:after="160"/>
        <w:jc w:val="both"/>
      </w:pPr>
      <w:r>
        <w:t>5. Tahliye tarihine kadar doğacak kira bedelleri ile elektrik, su, doğal gaz, ısıtma ve aidat borçlarını eksiksiz ödeyeceğimi; tahliye sırasında bu borçlara ilişkin ödeme belgelerini kiraya verene ibraz edeceğimi; taşınmazda tarafımca yapılan değişiklikleri sökerek eski hale getireceğimi taahhüt ederim.</w:t>
      </w:r>
    </w:p>
    <w:p>
      <w:pPr>
        <w:spacing w:after="160"/>
        <w:jc w:val="both"/>
      </w:pPr>
      <w:r>
        <w:t>6. Kiralananda yürüttüğüm ticari faaliyete ilişkin her türlü tasfiye, nakil ve devir hazırlığını tahliye tarihine kadar tamamlayacağımı; tabela, reklam unsurları, demirbaş ve tesisatları sökerek taşınmazı eski haline getireceğimi; iş yeri açma ve çalışma ruhsatına ilişkin adres kaydını kapatacağımı ayrıca taahhüt ederim.</w:t>
      </w:r>
    </w:p>
    <w:p>
      <w:pPr>
        <w:spacing w:after="160"/>
        <w:jc w:val="both"/>
      </w:pPr>
      <w:r>
        <w:t>7. İşbu taahhüt, kira sözleşmesinin diğer hükümlerini ortadan kaldırmaz; tahliye tarihine kadar sözleşmeden doğan yükümlülüklerim aynen devam eder. Tahliyeye ilişkin ek açıklamalarım şunlardır: ........................</w:t>
      </w:r>
    </w:p>
    <w:p>
      <w:pPr>
        <w:spacing w:after="160"/>
        <w:jc w:val="both"/>
      </w:pPr>
      <w:r>
        <w:t>8. İşbu taahhütname iki nüsha olarak düzenlenmiş, bir nüshası kiraya verene verilmiş, bir nüshası tarafımda kalmıştır. Serbest irademle imzaladığımı beyan ederim.</w:t>
      </w:r>
    </w:p>
    <w:p>
      <w:pPr>
        <w:spacing w:before="360"/>
        <w:jc w:val="right"/>
      </w:pPr>
      <w:r>
        <w:rPr>
          <w:b/>
        </w:rPr>
        <w:t>........................</w:t>
      </w:r>
      <w:r>
        <w:br/>
      </w:r>
      <w:r>
        <w:t>İmza</w:t>
      </w:r>
    </w:p>
    <w:p>
      <w:pPr>
        <w:jc w:val="left"/>
      </w:pPr>
      <w:r>
        <w:t>........................</w:t>
      </w:r>
      <w:r>
        <w:br/>
      </w:r>
      <w:r>
        <w:t>İmza</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İşyeri tahliye taahhütnamesi örneği</dc:title>
  <dc:subject>tahliye taahhütnamesi örneği</dc:subject>
  <dc:creator>Av. Çağrı Ayboğa</dc:creator>
  <cp:keywords>tahliye taahhütnamesi örneği, kiracı tahliye taahhütnamesi, tahliye taahhütnamesi geçerlilik şartları, tahliye taahhüdü icra takibi, Ankara kira avukatı</cp:keywords>
  <dc:description>https://ayboga.av.tr/tahliye-taahhutnamesi-ornegi-indir-guncel-word-pdf/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