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VERASET İLAMI (MİRASÇILIK BELGESİ) TALEP DİLEKÇESİ</w:t>
      </w:r>
    </w:p>
    <w:p>
      <w:pPr>
        <w:jc w:val="center"/>
      </w:pPr>
      <w:r>
        <w:rPr>
          <w:b/>
          <w:color w:val="214254"/>
        </w:rPr>
        <w:t>........................ NOTERLİĞİNE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TALEP EDEN</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MİRAS BIRAKAN</w:t>
            </w:r>
          </w:p>
        </w:tc>
        <w:tc>
          <w:tcPr>
            <w:tcW w:type="dxa" w:w="6350"/>
          </w:tcPr>
          <w:p>
            <w:pPr>
              <w:spacing w:after="40"/>
            </w:pPr>
            <w:r>
              <w:t>........................ (T.C. Kimlik No: ........................), son yerleşim yeri ........................</w:t>
            </w:r>
          </w:p>
        </w:tc>
      </w:tr>
      <w:tr>
        <w:tc>
          <w:tcPr>
            <w:tcW w:type="dxa" w:w="3061"/>
          </w:tcPr>
          <w:p>
            <w:pPr>
              <w:spacing w:after="40"/>
            </w:pPr>
            <w:r>
              <w:rPr>
                <w:b/>
                <w:color w:val="214254"/>
              </w:rPr>
              <w:t>NÜFUS KAYDI</w:t>
            </w:r>
          </w:p>
        </w:tc>
        <w:tc>
          <w:tcPr>
            <w:tcW w:type="dxa" w:w="6350"/>
          </w:tcPr>
          <w:p>
            <w:pPr>
              <w:spacing w:after="40"/>
            </w:pPr>
            <w:r>
              <w:t>........................</w:t>
            </w:r>
          </w:p>
        </w:tc>
      </w:tr>
      <w:tr>
        <w:tc>
          <w:tcPr>
            <w:tcW w:type="dxa" w:w="3061"/>
          </w:tcPr>
          <w:p>
            <w:pPr>
              <w:spacing w:after="40"/>
            </w:pPr>
            <w:r>
              <w:rPr>
                <w:b/>
                <w:color w:val="214254"/>
              </w:rPr>
              <w:t>ÖLÜM TARİHİ</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Türk Medeni Kanunu m. 598 ve Noterlik Kanunu m. 71/A uyarınca veraset ilamı (mirasçılık belgesi) düzenlenmesi talebidir.</w:t>
            </w:r>
          </w:p>
        </w:tc>
      </w:tr>
    </w:tbl>
    <w:p>
      <w:pPr>
        <w:spacing w:after="160" w:before="200"/>
        <w:jc w:val="both"/>
      </w:pPr>
      <w:r>
        <w:t>1. Miras bırakan ........................, ..... / ..... / 20..... tarihinde vefat etmiştir. Miras bırakanın son yerleşim yeri ........................ olup nüfus kaydı şu şekildedir: ........................</w:t>
      </w:r>
    </w:p>
    <w:p>
      <w:pPr>
        <w:spacing w:after="160"/>
        <w:jc w:val="both"/>
      </w:pPr>
      <w:r>
        <w:t>2. Miras bırakanın ........................ olarak yasal mirasçısıyım. Bilinen diğer mirasçılar şunlardır: ........................</w:t>
      </w:r>
    </w:p>
    <w:p>
      <w:pPr>
        <w:spacing w:after="160"/>
        <w:jc w:val="both"/>
      </w:pPr>
      <w:r>
        <w:t>3. Türk Medeni Kanunu m. 598 ve 1512 sayılı Noterlik Kanunu hükümleri uyarınca, mirasçılık sıfatı nüfus kayıtlarından açıkça anlaşılan hallerde noterlikler de mirasçılık belgesi düzenlemeye yetkilidir. Terekede yabancılık unsuru, soybağına ilişkin tereddüt, gaiplik, evlatlık ilişkisi ya da vasiyetname bulunmamaktadır.</w:t>
      </w:r>
    </w:p>
    <w:p>
      <w:pPr>
        <w:spacing w:after="160"/>
        <w:jc w:val="both"/>
      </w:pPr>
      <w:r>
        <w:t>4. Terekedeki mallar üzerinde tasarrufta bulunabilmem, intikal ve devir işlemlerini yürütebilmem için mirasçıları ve paylarını gösteren belgeye ihtiyaç duyulmuştur. Belge şu işlem için kullanılacaktır: ........................</w:t>
      </w:r>
    </w:p>
    <w:p>
      <w:pPr>
        <w:spacing w:after="160"/>
        <w:jc w:val="both"/>
      </w:pPr>
      <w:r>
        <w:t>5. İşbu dilekçenin verilmesi mirası kayıtsız şartsız kabul ettiğim anlamına gelmez; mirası ret hakkıma ilişkin yasal sürelerin korunmasını talep ederim.</w:t>
      </w:r>
    </w:p>
    <w:p>
      <w:pPr>
        <w:spacing w:after="160"/>
        <w:jc w:val="both"/>
      </w:pPr>
      <w:r>
        <w:rPr>
          <w:b/>
          <w:color w:val="214254"/>
        </w:rPr>
        <w:t xml:space="preserve">SONUÇ VE İSTEM: </w:t>
      </w:r>
      <w:r>
        <w:t>Yukarıda açıklanan nedenlerle; miras bırakan ........................’ın mirasçılarını ve miras paylarını gösteren veraset ilamının (mirasçılık belgesinin) ........................ nüsha olarak düzenlenerek tarafıma verilmesini saygılarımla talep ederim.</w:t>
      </w:r>
    </w:p>
    <w:p>
      <w:pPr>
        <w:spacing w:before="360"/>
        <w:jc w:val="right"/>
      </w:pPr>
      <w:r>
        <w:rPr>
          <w:b/>
        </w:rPr>
        <w:t>........................</w:t>
      </w:r>
      <w:r>
        <w:br/>
      </w:r>
      <w:r>
        <w:t>İmza</w:t>
      </w:r>
    </w:p>
    <w:p>
      <w:pPr>
        <w:jc w:val="left"/>
      </w:pPr>
      <w:r>
        <w:t>Tarih: ......... / ......... / 20.........</w:t>
      </w:r>
    </w:p>
    <w:p>
      <w:r>
        <w:rPr>
          <w:b/>
          <w:color w:val="214254"/>
        </w:rPr>
        <w:t>EKLER:</w:t>
      </w:r>
    </w:p>
    <w:p>
      <w:pPr>
        <w:spacing w:after="40"/>
      </w:pPr>
      <w:r>
        <w:t>1. Miras bırakanın vukuatlı nüfus kayıt örneği</w:t>
      </w:r>
    </w:p>
    <w:p>
      <w:pPr>
        <w:spacing w:after="40"/>
      </w:pPr>
      <w:r>
        <w:t>2. Ölüm belgesi veya ölüm kaydı örneği</w:t>
      </w:r>
    </w:p>
    <w:p>
      <w:pPr>
        <w:spacing w:after="40"/>
      </w:pPr>
      <w:r>
        <w:t>3. Talep edenin kimlik fotokopisi</w:t>
      </w:r>
    </w:p>
    <w:p>
      <w:pPr>
        <w:spacing w:after="40"/>
      </w:pPr>
      <w:r>
        <w:t>4. Mirasçıların nüfus kayıt örnekleri</w:t>
      </w:r>
    </w:p>
    <w:p>
      <w:pPr>
        <w:spacing w:after="40"/>
      </w:pPr>
      <w:r>
        <w:t>5. Vekaletname (vekil ile takip halinde)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Noterden veraset ilamı talep dilekçesi</dc:title>
  <dc:subject>veraset ilamı dilekçesi örneği</dc:subject>
  <dc:creator>Av. Çağrı Ayboğa</dc:creator>
  <cp:keywords>veraset ilamı dilekçesi örneği, mirasçılık belgesi, veraset ilamı nasıl alınır, mirasçılık belgesinin iptali, Ankara miras avukatı</cp:keywords>
  <dc:description>https://ayboga.av.tr/veraset-ilami-mirascilik-belgesi/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