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YÜRÜTMENİN DURDURULMASI TALEPLİ İPTAL DAVASI DİLEKÇESİ</w:t>
      </w:r>
    </w:p>
    <w:p>
      <w:pPr>
        <w:jc w:val="center"/>
      </w:pPr>
      <w:r>
        <w:rPr>
          <w:color w:val="214254"/>
          <w:sz w:val="22"/>
        </w:rPr>
        <w:t>(Sınır dışı etme kararının iptali istemiyle)</w:t>
      </w:r>
    </w:p>
    <w:p>
      <w:pPr>
        <w:jc w:val="center"/>
      </w:pPr>
      <w:r>
        <w:rPr>
          <w:b/>
          <w:color w:val="214254"/>
        </w:rPr>
        <w:t>........................ ........................</w:t>
      </w:r>
    </w:p>
    <w:p>
      <w:pPr>
        <w:jc w:val="center"/>
      </w:pPr>
      <w:r>
        <w:rPr>
          <w:b/>
          <w:color w:val="214254"/>
        </w:rPr>
        <w:t>(Yürütmenin durdurulması taleplidir)</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 uyruklu (Yabancı Kimlik / Pasaport No: ........................)</w:t>
            </w:r>
          </w:p>
        </w:tc>
      </w:tr>
      <w:tr>
        <w:tc>
          <w:tcPr>
            <w:tcW w:type="dxa" w:w="3061"/>
          </w:tcPr>
          <w:p>
            <w:pPr>
              <w:spacing w:after="40"/>
            </w:pPr>
            <w:r>
              <w:rPr>
                <w:b/>
                <w:color w:val="214254"/>
              </w:rPr>
              <w:t>DOĞUM TARİHİ</w:t>
            </w:r>
          </w:p>
        </w:tc>
        <w:tc>
          <w:tcPr>
            <w:tcW w:type="dxa" w:w="6350"/>
          </w:tcPr>
          <w:p>
            <w:pPr>
              <w:spacing w:after="40"/>
            </w:pPr>
            <w:r>
              <w:t>..... / ..... / 20.....</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 İDARE</w:t>
            </w:r>
          </w:p>
        </w:tc>
        <w:tc>
          <w:tcPr>
            <w:tcW w:type="dxa" w:w="6350"/>
          </w:tcPr>
          <w:p>
            <w:pPr>
              <w:spacing w:after="40"/>
            </w:pPr>
            <w:r>
              <w:t>........................</w:t>
            </w:r>
          </w:p>
        </w:tc>
      </w:tr>
      <w:tr>
        <w:tc>
          <w:tcPr>
            <w:tcW w:type="dxa" w:w="3061"/>
          </w:tcPr>
          <w:p>
            <w:pPr>
              <w:spacing w:after="40"/>
            </w:pPr>
            <w:r>
              <w:rPr>
                <w:b/>
                <w:color w:val="214254"/>
              </w:rPr>
              <w:t>DAVA KONUSU İŞLEM</w:t>
            </w:r>
          </w:p>
        </w:tc>
        <w:tc>
          <w:tcPr>
            <w:tcW w:type="dxa" w:w="6350"/>
          </w:tcPr>
          <w:p>
            <w:pPr>
              <w:spacing w:after="40"/>
            </w:pPr>
            <w:r>
              <w:t>........................ tarafından verilen ........................ sayılı sınır dışı etme kararı</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Sınır dışı etme kararının iptali ve öncelikle yürütmenin durdurulması talebidir.</w:t>
            </w:r>
          </w:p>
        </w:tc>
      </w:tr>
    </w:tbl>
    <w:p>
      <w:pPr>
        <w:spacing w:after="160" w:before="200"/>
        <w:jc w:val="both"/>
      </w:pPr>
      <w:r>
        <w:t>1. Davalı idare ........................ tarafından hakkımda ........................ sayılı sınır dışı etme kararı verilmiş, karar ..... / ..... / 20..... tarihinde tebliğ edilmiştir. İşbu dava, süresi içinde ve yürütmenin durdurulması istemiyle açılmaktadır.</w:t>
      </w:r>
    </w:p>
    <w:p>
      <w:pPr>
        <w:spacing w:after="160"/>
        <w:jc w:val="both"/>
      </w:pPr>
      <w:r>
        <w:t>2. Kararın dayanağı olarak gösterilen gerekçe şudur: ........................ Kararda hangi somut olgunun hangi kanun hükmüne karşılık geldiği gösterilmemiş, kişisel durumum değerlendirilmeksizin genel ifadelerle hüküm kurulmuştur.</w:t>
      </w:r>
    </w:p>
    <w:p>
      <w:pPr>
        <w:spacing w:after="160"/>
        <w:jc w:val="both"/>
      </w:pPr>
      <w:r>
        <w:t>3. Türkiye’deki aile ve yaşam bağlarım şu şekildedir: ........................ Kararın uygulanması halinde aile birliğim bozulacak, Anayasa ile korunan aile hayatına saygı hakkım zedelenecektir.</w:t>
      </w:r>
    </w:p>
    <w:p>
      <w:pPr>
        <w:spacing w:after="160"/>
        <w:jc w:val="both"/>
      </w:pPr>
      <w:r>
        <w:t>4. Gönderilmem istenen ülkedeki durum şudur: ........................ 6458 sayılı Kanun m. 55 uyarınca, sınır dışı edileceği ülkede ölüm cezasına, işkenceye, insanlık dışı ya da onur kırıcı ceza veya muameleye maruz kalacağı konusunda ciddi emare bulunan yabancı hakkında sınır dışı etme kararı alınamaz.</w:t>
      </w:r>
    </w:p>
    <w:p>
      <w:pPr>
        <w:spacing w:after="160"/>
        <w:jc w:val="both"/>
      </w:pPr>
      <w:r>
        <w:t>5. Sağlık durumum ve devam eden tedavim bakımından: ........................ 6458 sayılı Kanun m. 55 kapsamında ciddi sağlık sorunları ile tedavisi süren hastalıklar, sınır dışı etme kararı alınmasına engel oluşturur.</w:t>
      </w:r>
    </w:p>
    <w:p>
      <w:pPr>
        <w:spacing w:after="160"/>
        <w:jc w:val="both"/>
      </w:pPr>
      <w:r>
        <w:t>6. Uluslararası koruma başvurum bakımından: ........................ Başvuru hakkında kesin karar verilmeden sınır dışı işleminin uygulanması, başvuru hakkını işlevsiz bırakacaktır.</w:t>
      </w:r>
    </w:p>
    <w:p>
      <w:pPr>
        <w:spacing w:after="160"/>
        <w:jc w:val="both"/>
      </w:pPr>
      <w:r>
        <w:t>7. 2577 sayılı İdari Yargılama Usulü Kanunu m. 27 uyarınca, açıkça hukuka aykırı olan işlemin uygulanması halinde telafisi güç ve imkânsız zararlar doğacaktır. Yaşam ve aile hayatım bakımından geri dönülemez sonuçlar ortaya çıkacağından yürütmenin durdurulması gerekir.</w:t>
      </w:r>
    </w:p>
    <w:p>
      <w:pPr>
        <w:spacing w:after="160"/>
        <w:jc w:val="both"/>
      </w:pPr>
      <w:r>
        <w:rPr>
          <w:b/>
          <w:color w:val="214254"/>
        </w:rPr>
        <w:t xml:space="preserve">SONUÇ VE İSTEM: </w:t>
      </w:r>
      <w:r>
        <w:t>Yukarıda açıklanan nedenlerle; öncelikle 2577 sayılı Kanun m. 27 uyarınca dava konusu işlemin yürütülmesinin durdurulmasına, ........................ sayılı sınır dışı etme kararının iptaline, yargılama giderleri ile vekalet ücretinin davalı idare üzerinde bırakılmasına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Pasaport, kimlik ya da yabancı kimlik belgesi fotokopisi</w:t>
      </w:r>
    </w:p>
    <w:p>
      <w:pPr>
        <w:spacing w:after="40"/>
      </w:pPr>
      <w:r>
        <w:t>2. Sınır dışı etme kararının örneği ve tebliğ belgesi</w:t>
      </w:r>
    </w:p>
    <w:p>
      <w:pPr>
        <w:spacing w:after="40"/>
      </w:pPr>
      <w:r>
        <w:t>3. İkamet izni, çalışma izni ya da uluslararası koruma başvuru belgesi</w:t>
      </w:r>
    </w:p>
    <w:p>
      <w:pPr>
        <w:spacing w:after="40"/>
      </w:pPr>
      <w:r>
        <w:t>4. Aile bağlarını gösteren nüfus kayıtları, evlilik ve doğum belgeleri</w:t>
      </w:r>
    </w:p>
    <w:p>
      <w:pPr>
        <w:spacing w:after="40"/>
      </w:pPr>
      <w:r>
        <w:t>5. Sağlık durumuna ilişkin hastane raporları ve tedavi belgeleri</w:t>
      </w:r>
    </w:p>
    <w:p>
      <w:pPr>
        <w:spacing w:after="40"/>
      </w:pPr>
      <w:r>
        <w:t>6. Gönderilmek istenen ülkedeki riske ilişkin resmi raporlar ve belgeler</w:t>
      </w:r>
    </w:p>
    <w:p>
      <w:pPr>
        <w:spacing w:after="40"/>
      </w:pPr>
      <w:r>
        <w:t>7.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Yürütmenin durdurulması talepli iptal davası dilekçesi</dc:title>
  <dc:subject>sınır dışı kararına itiraz dilekçesi</dc:subject>
  <dc:creator>Av. Çağrı Ayboğa</dc:creator>
  <cp:keywords>sınır dışı kararına itiraz dilekçesi, deport kararına itiraz, idari gözetim kararına itiraz, tahdit kodu kaldırma dilekçesi, Ankara idare hukuku avukatı</cp:keywords>
  <dc:description>https://ayboga.av.tr/deport-sinir-disi-kararina-itiraz-dilekcesi/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