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TRAFİK İDARİ PARA CEZASINA İTİRAZ DİLEKÇESİ</w:t>
      </w:r>
    </w:p>
    <w:p>
      <w:pPr>
        <w:jc w:val="center"/>
      </w:pPr>
      <w:r>
        <w:rPr>
          <w:color w:val="214254"/>
          <w:sz w:val="22"/>
        </w:rPr>
        <w:t>(Araç sahibi ve sürücü ayrımı)</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KARŞI TARAF</w:t>
            </w:r>
          </w:p>
        </w:tc>
        <w:tc>
          <w:tcPr>
            <w:tcW w:type="dxa" w:w="6350"/>
          </w:tcPr>
          <w:p>
            <w:pPr>
              <w:spacing w:after="40"/>
            </w:pPr>
            <w:r>
              <w:t>........................</w:t>
            </w:r>
          </w:p>
        </w:tc>
      </w:tr>
      <w:tr>
        <w:tc>
          <w:tcPr>
            <w:tcW w:type="dxa" w:w="3061"/>
          </w:tcPr>
          <w:p>
            <w:pPr>
              <w:spacing w:after="40"/>
            </w:pPr>
            <w:r>
              <w:rPr>
                <w:b/>
                <w:color w:val="214254"/>
              </w:rPr>
              <w:t>CEZA TUTANAĞI</w:t>
            </w:r>
          </w:p>
        </w:tc>
        <w:tc>
          <w:tcPr>
            <w:tcW w:type="dxa" w:w="6350"/>
          </w:tcPr>
          <w:p>
            <w:pPr>
              <w:spacing w:after="40"/>
            </w:pPr>
            <w:r>
              <w:t>........................ seri sıra numaralı trafik idari para cezası karar tutanağı</w:t>
            </w:r>
          </w:p>
        </w:tc>
      </w:tr>
      <w:tr>
        <w:tc>
          <w:tcPr>
            <w:tcW w:type="dxa" w:w="3061"/>
          </w:tcPr>
          <w:p>
            <w:pPr>
              <w:spacing w:after="40"/>
            </w:pPr>
            <w:r>
              <w:rPr>
                <w:b/>
                <w:color w:val="214254"/>
              </w:rPr>
              <w:t>CEZA TARİHİ</w:t>
            </w:r>
          </w:p>
        </w:tc>
        <w:tc>
          <w:tcPr>
            <w:tcW w:type="dxa" w:w="6350"/>
          </w:tcPr>
          <w:p>
            <w:pPr>
              <w:spacing w:after="40"/>
            </w:pPr>
            <w:r>
              <w:t>..... / ..... / 20.....</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CEZA TUTARI</w:t>
            </w:r>
          </w:p>
        </w:tc>
        <w:tc>
          <w:tcPr>
            <w:tcW w:type="dxa" w:w="6350"/>
          </w:tcPr>
          <w:p>
            <w:pPr>
              <w:spacing w:after="40"/>
            </w:pPr>
            <w:r>
              <w:t>........................ TL</w:t>
            </w:r>
          </w:p>
        </w:tc>
      </w:tr>
      <w:tr>
        <w:tc>
          <w:tcPr>
            <w:tcW w:type="dxa" w:w="3061"/>
          </w:tcPr>
          <w:p>
            <w:pPr>
              <w:spacing w:after="40"/>
            </w:pPr>
            <w:r>
              <w:rPr>
                <w:b/>
                <w:color w:val="214254"/>
              </w:rPr>
              <w:t>DAYANAK MADDE</w:t>
            </w:r>
          </w:p>
        </w:tc>
        <w:tc>
          <w:tcPr>
            <w:tcW w:type="dxa" w:w="6350"/>
          </w:tcPr>
          <w:p>
            <w:pPr>
              <w:spacing w:after="40"/>
            </w:pPr>
            <w:r>
              <w:t>........................</w:t>
            </w:r>
          </w:p>
        </w:tc>
      </w:tr>
      <w:tr>
        <w:tc>
          <w:tcPr>
            <w:tcW w:type="dxa" w:w="3061"/>
          </w:tcPr>
          <w:p>
            <w:pPr>
              <w:spacing w:after="40"/>
            </w:pPr>
            <w:r>
              <w:rPr>
                <w:b/>
                <w:color w:val="214254"/>
              </w:rPr>
              <w:t>ARAÇ</w:t>
            </w:r>
          </w:p>
        </w:tc>
        <w:tc>
          <w:tcPr>
            <w:tcW w:type="dxa" w:w="6350"/>
          </w:tcPr>
          <w:p>
            <w:pPr>
              <w:spacing w:after="40"/>
            </w:pPr>
            <w:r>
              <w:t>........................ plakalı araç</w:t>
            </w:r>
          </w:p>
        </w:tc>
      </w:tr>
      <w:tr>
        <w:tc>
          <w:tcPr>
            <w:tcW w:type="dxa" w:w="3061"/>
          </w:tcPr>
          <w:p>
            <w:pPr>
              <w:spacing w:after="40"/>
            </w:pPr>
            <w:r>
              <w:rPr>
                <w:b/>
                <w:color w:val="214254"/>
              </w:rPr>
              <w:t>İHLAL YERİ</w:t>
            </w:r>
          </w:p>
        </w:tc>
        <w:tc>
          <w:tcPr>
            <w:tcW w:type="dxa" w:w="6350"/>
          </w:tcPr>
          <w:p>
            <w:pPr>
              <w:spacing w:after="40"/>
            </w:pPr>
            <w:r>
              <w:t>........................</w:t>
            </w:r>
          </w:p>
        </w:tc>
      </w:tr>
      <w:tr>
        <w:tc>
          <w:tcPr>
            <w:tcW w:type="dxa" w:w="3061"/>
          </w:tcPr>
          <w:p>
            <w:pPr>
              <w:spacing w:after="40"/>
            </w:pPr>
            <w:r>
              <w:rPr>
                <w:b/>
                <w:color w:val="214254"/>
              </w:rPr>
              <w:t>İHLAL ANINDAKİ SÜRÜCÜ</w:t>
            </w:r>
          </w:p>
        </w:tc>
        <w:tc>
          <w:tcPr>
            <w:tcW w:type="dxa" w:w="6350"/>
          </w:tcPr>
          <w:p>
            <w:pPr>
              <w:spacing w:after="40"/>
            </w:pPr>
            <w:r>
              <w:t>........................ (T.C. Kimlik No: ........................)</w:t>
            </w:r>
          </w:p>
        </w:tc>
      </w:tr>
      <w:tr>
        <w:tc>
          <w:tcPr>
            <w:tcW w:type="dxa" w:w="3061"/>
          </w:tcPr>
          <w:p>
            <w:pPr>
              <w:spacing w:after="40"/>
            </w:pPr>
            <w:r>
              <w:rPr>
                <w:b/>
                <w:color w:val="214254"/>
              </w:rPr>
              <w:t>KONU</w:t>
            </w:r>
          </w:p>
        </w:tc>
        <w:tc>
          <w:tcPr>
            <w:tcW w:type="dxa" w:w="6350"/>
          </w:tcPr>
          <w:p>
            <w:pPr>
              <w:spacing w:after="40"/>
            </w:pPr>
            <w:r>
              <w:t>İhlal anında aracı kullanmadığımdan adıma düzenlenen trafik idari para cezasının kaldırılması talebidir.</w:t>
            </w:r>
          </w:p>
        </w:tc>
      </w:tr>
    </w:tbl>
    <w:p>
      <w:pPr>
        <w:spacing w:after="160" w:before="200"/>
        <w:jc w:val="both"/>
      </w:pPr>
      <w:r>
        <w:t>1. ........................ tarafından ........................ plakalı araç yönünden ..... / ..... / 20..... tarihinde ........................ seri sıra numaralı trafik idari para cezası karar tutanağı düzenlenmiş ve tutanak tarafıma ..... / ..... / 20..... tarihinde tebliğ edilmiştir. İşbu başvuru, 5326 sayılı Kabahatler Kanunu m. 27/1 uyarınca tebliğ tarihinden itibaren on beş günlük yasal süre içinde yapılmaktadır.</w:t>
      </w:r>
    </w:p>
    <w:p>
      <w:pPr>
        <w:spacing w:after="160"/>
        <w:jc w:val="both"/>
      </w:pPr>
      <w:r>
        <w:t>2. Ceza, ........................ hükmüne dayandırılmış ve ........................ adresinde düzenlenmiştir. Tutanak, aracın tescil plakası esas alınarak 2918 sayılı Karayolları Trafik Kanunu m. 116 uyarınca araç sahibi olan tarafıma tebliğ edilmiştir. Oysa ihlal anında aracı kullanan kişi ........................’dır.</w:t>
      </w:r>
    </w:p>
    <w:p>
      <w:pPr>
        <w:spacing w:after="160"/>
        <w:jc w:val="both"/>
      </w:pPr>
      <w:r>
        <w:t>3. İtiraz gerekçem şudur: ........................</w:t>
      </w:r>
    </w:p>
    <w:p>
      <w:pPr>
        <w:spacing w:after="160"/>
        <w:jc w:val="both"/>
      </w:pPr>
      <w:r>
        <w:t>4. 2918 sayılı Karayolları Trafik Kanunu ve 5326 sayılı Kabahatler Kanunu uyarınca idari para cezası verilebilmesi için kabahatin unsurlarının somut delillerle tespit edilmesi, tutanağın usulüne uygun düzenlenmesi ve geçerli biçimde tebliğ edilmesi gerekir. Dosyada ihlali gösteren bir fotoğraf, görüntü kaydı ya da ölçüm belgesi bulunmaması halinde ceza hukuka aykırıdır.</w:t>
      </w:r>
    </w:p>
    <w:p>
      <w:pPr>
        <w:spacing w:after="160"/>
        <w:jc w:val="both"/>
      </w:pPr>
      <w:r>
        <w:t>5. Aracın ihlal anında başka bir kişi tarafından kullanıldığı hususu şu şekilde açıklanabilir: ........................ Sürücünün kimlik bilgileri yukarıda belirtilmiş olup, cezanın gerçek sürücü yönünden değerlendirilmesi gerekir.</w:t>
      </w:r>
    </w:p>
    <w:p>
      <w:pPr>
        <w:spacing w:after="160"/>
        <w:jc w:val="both"/>
      </w:pPr>
      <w:r>
        <w:t>6. 5326 sayılı Kabahatler Kanunu m. 28 uyarınca başvurumun duruşmalı olarak incelenmesini; cezaya dayanak tutanak, fotoğraf, görüntü kaydı, ölçüm raporu ve kalibrasyon belgelerinin ilgili idareden celbini talep ediyorum.</w:t>
      </w:r>
    </w:p>
    <w:p>
      <w:pPr>
        <w:spacing w:after="160"/>
        <w:jc w:val="both"/>
      </w:pPr>
      <w:r>
        <w:t>7. Başvurum sonuçlanıncaya kadar cezaya ilişkin tahsil ve takip işlemlerinin durdurulmasını, cezanın erken ödeme indirimi ile ödenmiş olması halinde dahi 5326 sayılı Kabahatler Kanunu m. 17 uyarınca kanun yoluna başvurma hakkımın saklı olduğunun gözetilmesini talep ediyorum.</w:t>
      </w:r>
    </w:p>
    <w:p>
      <w:pPr>
        <w:spacing w:after="160"/>
        <w:jc w:val="both"/>
      </w:pPr>
      <w:r>
        <w:rPr>
          <w:b/>
          <w:color w:val="214254"/>
        </w:rPr>
        <w:t xml:space="preserve">SONUÇ VE İSTEM: </w:t>
      </w:r>
      <w:r>
        <w:t>Yukarıda açıklanan nedenlerle; ihlal anında ........................ plakalı aracı kullanmadığım sabit olduğundan ........................ seri sıra numaralı tutanağa konu ........................ TL tutarındaki idari para cezasının tarafım yönünden kaldırılmasına, yargılama giderlerinin karşı taraf idare üzerinde bırakılmasına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Trafik idari para cezası karar tutanağı fotokopisi</w:t>
      </w:r>
    </w:p>
    <w:p>
      <w:pPr>
        <w:spacing w:after="40"/>
      </w:pPr>
      <w:r>
        <w:t>2. Tebligat zarfı veya tebliğ tarihini gösteren belge</w:t>
      </w:r>
    </w:p>
    <w:p>
      <w:pPr>
        <w:spacing w:after="40"/>
      </w:pPr>
      <w:r>
        <w:t>3. Nüfus cüzdanı fotokopisi</w:t>
      </w:r>
    </w:p>
    <w:p>
      <w:pPr>
        <w:spacing w:after="40"/>
      </w:pPr>
      <w:r>
        <w:t>4. Sürücü belgesi fotokopisi</w:t>
      </w:r>
    </w:p>
    <w:p>
      <w:pPr>
        <w:spacing w:after="40"/>
      </w:pPr>
      <w:r>
        <w:t>5. Araç tescil belgesi (ruhsat) fotokopisi</w:t>
      </w:r>
    </w:p>
    <w:p>
      <w:pPr>
        <w:spacing w:after="40"/>
      </w:pPr>
      <w:r>
        <w:t>6. Olay yerine ve levhalara ilişkin fotoğraflar, varsa araç kamera kaydı</w:t>
      </w:r>
    </w:p>
    <w:p>
      <w:pPr>
        <w:spacing w:after="40"/>
      </w:pPr>
      <w:r>
        <w:t>7. Tanık listesi ve tanık beyanları (varsa)</w:t>
      </w:r>
    </w:p>
    <w:p>
      <w:pPr>
        <w:spacing w:after="40"/>
      </w:pPr>
      <w:r>
        <w:t>8. İhlal anında aracı kullanan kişinin yazılı beyanı ve kimlik fotokopisi</w:t>
      </w:r>
    </w:p>
    <w:p>
      <w:pPr>
        <w:spacing w:after="40"/>
      </w:pPr>
      <w:r>
        <w:t>9.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Aracı kullanmadım itiraz dilekçesi</dc:title>
  <dc:subject>trafik cezasına itiraz dilekçesi örneği</dc:subject>
  <dc:creator>Av. Çağrı Ayboğa</dc:creator>
  <cp:keywords>trafik cezasına itiraz dilekçesi örneği, trafik cezasına itiraz, EDS cezasına itiraz dilekçesi, sulh ceza hâkimliği itiraz süresi, Ankara ceza avukatı</cp:keywords>
  <dc:description>https://ayboga.av.tr/trafik-cezasina-itiraz-dilekcesi-ornegi/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